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792"/>
      </w:tblGrid>
      <w:tr>
        <w:tc>
          <w:tcPr>
            <w:tcW w:type="dxa" w:w="9792"/>
            <w:shd w:fill="091B49" w:val="clear"/>
          </w:tcPr>
          <w:p>
            <w:pPr>
              <w:spacing w:before="200"/>
              <w:jc w:val="center"/>
            </w:pPr>
            <w:r/>
            <w:r>
              <w:rPr>
                <w:rFonts w:ascii="Calibri" w:hAnsi="Calibri" w:eastAsia="Calibri"/>
                <w:b/>
                <w:i w:val="0"/>
                <w:color w:val="C5A572"/>
                <w:sz w:val="22"/>
              </w:rPr>
              <w:t>KNIGHTS OF COLUMBUS</w:t>
            </w:r>
          </w:p>
          <w:p>
            <w:pPr>
              <w:jc w:val="center"/>
            </w:pPr>
            <w:r>
              <w:rPr>
                <w:rFonts w:ascii="Calibri" w:hAnsi="Calibri" w:eastAsia="Calibri"/>
                <w:b/>
                <w:i w:val="0"/>
                <w:color w:val="FFFFFF"/>
                <w:sz w:val="32"/>
              </w:rPr>
              <w:t>Council 9998  ·  St. Jude’s Parish</w:t>
            </w:r>
          </w:p>
          <w:p>
            <w:pPr>
              <w:jc w:val="center"/>
            </w:pPr>
            <w:r>
              <w:rPr>
                <w:rFonts w:ascii="Calibri" w:hAnsi="Calibri" w:eastAsia="Calibri"/>
                <w:b/>
                <w:i w:val="0"/>
                <w:color w:val="FFFFFF"/>
                <w:sz w:val="40"/>
              </w:rPr>
              <w:t>Website User Guide</w:t>
            </w:r>
          </w:p>
          <w:p>
            <w:pPr>
              <w:spacing w:after="200"/>
              <w:jc w:val="center"/>
            </w:pPr>
            <w:r>
              <w:rPr>
                <w:rFonts w:ascii="Calibri" w:hAnsi="Calibri" w:eastAsia="Calibri"/>
                <w:b w:val="0"/>
                <w:i/>
                <w:color w:val="C5A572"/>
                <w:sz w:val="22"/>
              </w:rPr>
              <w:t>For members, visitors, and administrators</w:t>
            </w:r>
          </w:p>
        </w:tc>
      </w:tr>
    </w:tbl>
    <w:p>
      <w:pPr>
        <w:spacing w:before="200"/>
        <w:jc w:val="center"/>
      </w:pPr>
      <w:r>
        <w:rPr>
          <w:rFonts w:ascii="Calibri" w:hAnsi="Calibri" w:eastAsia="Calibri"/>
          <w:b/>
          <w:i w:val="0"/>
          <w:color w:val="255BA3"/>
          <w:sz w:val="24"/>
        </w:rPr>
        <w:t>https://kofc9998.org</w:t>
      </w:r>
    </w:p>
    <w:p>
      <w:pPr>
        <w:jc w:val="center"/>
      </w:pPr>
      <w:r>
        <w:rPr>
          <w:rFonts w:ascii="Calibri" w:hAnsi="Calibri" w:eastAsia="Calibri"/>
          <w:b w:val="0"/>
          <w:i/>
          <w:color w:val="555555"/>
          <w:sz w:val="20"/>
        </w:rPr>
        <w:t>Updated October 16, 2026</w:t>
      </w:r>
    </w:p>
    <w:p>
      <w:pPr>
        <w:spacing w:after="120" w:before="0" w:line="259" w:lineRule="auto"/>
      </w:pPr>
      <w:r>
        <w:rPr>
          <w:rFonts w:ascii="Calibri" w:hAnsi="Calibri" w:eastAsia="Calibri"/>
          <w:b w:val="0"/>
          <w:i w:val="0"/>
          <w:color w:val="222222"/>
          <w:sz w:val="22"/>
        </w:rPr>
        <w:t>This guide explains how to use the Council 9998 website. Part 1 is for brothers and visitors. Part 2 is for the Grand Knight and other administrators who keep the site up to date.</w:t>
      </w:r>
    </w:p>
    <w:p>
      <w:pPr>
        <w:spacing w:before="280" w:after="80"/>
        <w:pBdr>
          <w:bottom w:val="single" w:sz="12" w:space="4" w:color="C5A572"/>
        </w:pBdr>
      </w:pPr>
      <w:r>
        <w:rPr>
          <w:rFonts w:ascii="Calibri" w:hAnsi="Calibri" w:eastAsia="Calibri"/>
          <w:b/>
          <w:i w:val="0"/>
          <w:color w:val="255BA3"/>
          <w:sz w:val="28"/>
        </w:rPr>
        <w:t>Two kinds of sign-in</w:t>
      </w:r>
    </w:p>
    <w:p>
      <w:pPr>
        <w:spacing w:after="120" w:before="0" w:line="259" w:lineRule="auto"/>
      </w:pPr>
      <w:r>
        <w:rPr>
          <w:rFonts w:ascii="Calibri" w:hAnsi="Calibri" w:eastAsia="Calibri"/>
          <w:b w:val="0"/>
          <w:i w:val="0"/>
          <w:color w:val="222222"/>
          <w:sz w:val="22"/>
        </w:rPr>
        <w:t>The website has two passwords. They are not the same. There is no user name. Enter only the password on the Sign in page.</w:t>
      </w:r>
    </w:p>
    <w:tbl>
      <w:tblPr>
        <w:tblW w:type="auto" w:w="0"/>
        <w:tblLook w:firstColumn="1" w:firstRow="1" w:lastColumn="0" w:lastRow="0" w:noHBand="0" w:noVBand="1" w:val="04A0"/>
      </w:tblPr>
      <w:tblGrid>
        <w:gridCol w:w="3264"/>
        <w:gridCol w:w="3264"/>
        <w:gridCol w:w="3264"/>
      </w:tblGrid>
      <w:tr>
        <w:tc>
          <w:tcPr>
            <w:tcW w:type="dxa" w:w="3264"/>
            <w:shd w:fill="091B49" w:val="clear"/>
          </w:tcPr>
          <w:p>
            <w:pPr>
              <w:spacing w:before="40" w:after="40"/>
            </w:pPr>
            <w:r/>
            <w:r>
              <w:rPr>
                <w:rFonts w:ascii="Calibri" w:hAnsi="Calibri" w:eastAsia="Calibri"/>
                <w:b/>
                <w:i w:val="0"/>
                <w:color w:val="FFFFFF"/>
                <w:sz w:val="20"/>
              </w:rPr>
              <w:t>Who</w:t>
            </w:r>
          </w:p>
        </w:tc>
        <w:tc>
          <w:tcPr>
            <w:tcW w:type="dxa" w:w="3264"/>
            <w:shd w:fill="091B49" w:val="clear"/>
          </w:tcPr>
          <w:p>
            <w:pPr>
              <w:spacing w:before="40" w:after="40"/>
            </w:pPr>
            <w:r/>
            <w:r>
              <w:rPr>
                <w:rFonts w:ascii="Calibri" w:hAnsi="Calibri" w:eastAsia="Calibri"/>
                <w:b/>
                <w:i w:val="0"/>
                <w:color w:val="FFFFFF"/>
                <w:sz w:val="20"/>
              </w:rPr>
              <w:t>What they can do</w:t>
            </w:r>
          </w:p>
        </w:tc>
        <w:tc>
          <w:tcPr>
            <w:tcW w:type="dxa" w:w="3264"/>
            <w:shd w:fill="091B49" w:val="clear"/>
          </w:tcPr>
          <w:p>
            <w:pPr>
              <w:spacing w:before="40" w:after="40"/>
            </w:pPr>
            <w:r/>
            <w:r>
              <w:rPr>
                <w:rFonts w:ascii="Calibri" w:hAnsi="Calibri" w:eastAsia="Calibri"/>
                <w:b/>
                <w:i w:val="0"/>
                <w:color w:val="FFFFFF"/>
                <w:sz w:val="20"/>
              </w:rPr>
              <w:t>What they cannot do</w:t>
            </w:r>
          </w:p>
        </w:tc>
      </w:tr>
      <w:tr>
        <w:tc>
          <w:tcPr>
            <w:tcW w:type="dxa" w:w="3264"/>
            <w:shd w:fill="FFFFFF" w:val="clear"/>
          </w:tcPr>
          <w:p>
            <w:pPr>
              <w:spacing w:before="40" w:after="40"/>
            </w:pPr>
            <w:r/>
            <w:r>
              <w:rPr>
                <w:rFonts w:ascii="Calibri" w:hAnsi="Calibri" w:eastAsia="Calibri"/>
                <w:b w:val="0"/>
                <w:i w:val="0"/>
                <w:color w:val="222222"/>
                <w:sz w:val="20"/>
              </w:rPr>
              <w:t>Visitor (no login)</w:t>
            </w:r>
          </w:p>
        </w:tc>
        <w:tc>
          <w:tcPr>
            <w:tcW w:type="dxa" w:w="3264"/>
            <w:shd w:fill="FFFFFF" w:val="clear"/>
          </w:tcPr>
          <w:p>
            <w:pPr>
              <w:spacing w:before="40" w:after="40"/>
            </w:pPr>
            <w:r/>
            <w:r>
              <w:rPr>
                <w:rFonts w:ascii="Calibri" w:hAnsi="Calibri" w:eastAsia="Calibri"/>
                <w:b w:val="0"/>
                <w:i w:val="0"/>
                <w:color w:val="222222"/>
                <w:sz w:val="20"/>
              </w:rPr>
              <w:t>Read Home, Announcements, Events, Calendar, Documents, About, Links, Album, and Contact. Search the site. Send an email from Communication. Fill in the Join / Inquiry form. RSVP for events that allow it. Scan QR codes.</w:t>
            </w:r>
          </w:p>
        </w:tc>
        <w:tc>
          <w:tcPr>
            <w:tcW w:type="dxa" w:w="3264"/>
            <w:shd w:fill="FFFFFF" w:val="clear"/>
          </w:tcPr>
          <w:p>
            <w:pPr>
              <w:spacing w:before="40" w:after="40"/>
            </w:pPr>
            <w:r/>
            <w:r>
              <w:rPr>
                <w:rFonts w:ascii="Calibri" w:hAnsi="Calibri" w:eastAsia="Calibri"/>
                <w:b w:val="0"/>
                <w:i w:val="0"/>
                <w:color w:val="222222"/>
                <w:sz w:val="20"/>
              </w:rPr>
              <w:t>Open Member files or the Members board, upload album photos, or change any page.</w:t>
            </w:r>
          </w:p>
        </w:tc>
      </w:tr>
      <w:tr>
        <w:tc>
          <w:tcPr>
            <w:tcW w:type="dxa" w:w="3264"/>
            <w:shd w:fill="F7F7F5" w:val="clear"/>
          </w:tcPr>
          <w:p>
            <w:pPr>
              <w:spacing w:before="40" w:after="40"/>
            </w:pPr>
            <w:r/>
            <w:r>
              <w:rPr>
                <w:rFonts w:ascii="Calibri" w:hAnsi="Calibri" w:eastAsia="Calibri"/>
                <w:b w:val="0"/>
                <w:i w:val="0"/>
                <w:color w:val="222222"/>
                <w:sz w:val="20"/>
              </w:rPr>
              <w:t>Council member</w:t>
            </w:r>
          </w:p>
        </w:tc>
        <w:tc>
          <w:tcPr>
            <w:tcW w:type="dxa" w:w="3264"/>
            <w:shd w:fill="F7F7F5" w:val="clear"/>
          </w:tcPr>
          <w:p>
            <w:pPr>
              <w:spacing w:before="40" w:after="40"/>
            </w:pPr>
            <w:r/>
            <w:r>
              <w:rPr>
                <w:rFonts w:ascii="Calibri" w:hAnsi="Calibri" w:eastAsia="Calibri"/>
                <w:b w:val="0"/>
                <w:i w:val="0"/>
                <w:color w:val="222222"/>
                <w:sz w:val="20"/>
              </w:rPr>
              <w:t>Everything a visitor can do, plus open the private Members board and Member files, add and edit album captions, and upload photos.</w:t>
            </w:r>
          </w:p>
        </w:tc>
        <w:tc>
          <w:tcPr>
            <w:tcW w:type="dxa" w:w="3264"/>
            <w:shd w:fill="F7F7F5" w:val="clear"/>
          </w:tcPr>
          <w:p>
            <w:pPr>
              <w:spacing w:before="40" w:after="40"/>
            </w:pPr>
            <w:r/>
            <w:r>
              <w:rPr>
                <w:rFonts w:ascii="Calibri" w:hAnsi="Calibri" w:eastAsia="Calibri"/>
                <w:b w:val="0"/>
                <w:i w:val="0"/>
                <w:color w:val="222222"/>
                <w:sz w:val="20"/>
              </w:rPr>
              <w:t>Edit events, public documents, announcements, contacts, or site wording.</w:t>
            </w:r>
          </w:p>
        </w:tc>
      </w:tr>
      <w:tr>
        <w:tc>
          <w:tcPr>
            <w:tcW w:type="dxa" w:w="3264"/>
            <w:shd w:fill="FFFFFF" w:val="clear"/>
          </w:tcPr>
          <w:p>
            <w:pPr>
              <w:spacing w:before="40" w:after="40"/>
            </w:pPr>
            <w:r/>
            <w:r>
              <w:rPr>
                <w:rFonts w:ascii="Calibri" w:hAnsi="Calibri" w:eastAsia="Calibri"/>
                <w:b w:val="0"/>
                <w:i w:val="0"/>
                <w:color w:val="222222"/>
                <w:sz w:val="20"/>
              </w:rPr>
              <w:t>Administrator</w:t>
            </w:r>
          </w:p>
        </w:tc>
        <w:tc>
          <w:tcPr>
            <w:tcW w:type="dxa" w:w="3264"/>
            <w:shd w:fill="FFFFFF" w:val="clear"/>
          </w:tcPr>
          <w:p>
            <w:pPr>
              <w:spacing w:before="40" w:after="40"/>
            </w:pPr>
            <w:r/>
            <w:r>
              <w:rPr>
                <w:rFonts w:ascii="Calibri" w:hAnsi="Calibri" w:eastAsia="Calibri"/>
                <w:b w:val="0"/>
                <w:i w:val="0"/>
                <w:color w:val="222222"/>
                <w:sz w:val="20"/>
              </w:rPr>
              <w:t>Everything a member can do, plus add and edit content on every page. Change passwords. Remove board posts. Manage the event email list.</w:t>
            </w:r>
          </w:p>
        </w:tc>
        <w:tc>
          <w:tcPr>
            <w:tcW w:type="dxa" w:w="3264"/>
            <w:shd w:fill="FFFFFF" w:val="clear"/>
          </w:tcPr>
          <w:p>
            <w:pPr>
              <w:spacing w:before="40" w:after="40"/>
            </w:pPr>
            <w:r/>
            <w:r>
              <w:rPr>
                <w:rFonts w:ascii="Calibri" w:hAnsi="Calibri" w:eastAsia="Calibri"/>
                <w:b w:val="0"/>
                <w:i w:val="0"/>
                <w:color w:val="222222"/>
                <w:sz w:val="20"/>
              </w:rPr>
              <w:t>—</w:t>
            </w:r>
          </w:p>
        </w:tc>
      </w:tr>
    </w:tbl>
    <w:p/>
    <w:tbl>
      <w:tblPr>
        <w:tblW w:type="auto" w:w="0"/>
        <w:tblLook w:firstColumn="1" w:firstRow="1" w:lastColumn="0" w:lastRow="0" w:noHBand="0" w:noVBand="1" w:val="04A0"/>
      </w:tblPr>
      <w:tblGrid>
        <w:gridCol w:w="9792"/>
      </w:tblGrid>
      <w:tr>
        <w:tc>
          <w:tcPr>
            <w:tcW w:type="dxa" w:w="9792"/>
            <w:shd w:fill="091B49" w:val="clear"/>
          </w:tcPr>
          <w:p>
            <w:pPr>
              <w:spacing w:before="160" w:after="160"/>
              <w:jc w:val="center"/>
            </w:pPr>
            <w:r/>
            <w:r>
              <w:rPr>
                <w:rFonts w:ascii="Calibri" w:hAnsi="Calibri" w:eastAsia="Calibri"/>
                <w:b/>
                <w:i w:val="0"/>
                <w:color w:val="FFFFFF"/>
                <w:sz w:val="28"/>
              </w:rPr>
              <w:t xml:space="preserve">  PART 1  —  For members and visitors</w:t>
            </w:r>
          </w:p>
        </w:tc>
      </w:tr>
    </w:tbl>
    <w:p/>
    <w:p>
      <w:pPr>
        <w:spacing w:before="280" w:after="80"/>
        <w:pBdr>
          <w:bottom w:val="single" w:sz="12" w:space="4" w:color="C5A572"/>
        </w:pBdr>
      </w:pPr>
      <w:r>
        <w:rPr>
          <w:rFonts w:ascii="Calibri" w:hAnsi="Calibri" w:eastAsia="Calibri"/>
          <w:b/>
          <w:i w:val="0"/>
          <w:color w:val="255BA3"/>
          <w:sz w:val="28"/>
        </w:rPr>
        <w:t>Open the website</w:t>
      </w:r>
    </w:p>
    <w:p>
      <w:pPr>
        <w:pStyle w:val="ListNumber"/>
        <w:spacing w:after="40"/>
      </w:pPr>
      <w:r>
        <w:rPr>
          <w:rFonts w:ascii="Calibri" w:hAnsi="Calibri" w:eastAsia="Calibri"/>
          <w:b w:val="0"/>
          <w:i w:val="0"/>
          <w:color w:val="222222"/>
          <w:sz w:val="22"/>
        </w:rPr>
        <w:t>On a computer, tablet, or phone, go to https://kofc9998.org.</w:t>
      </w:r>
    </w:p>
    <w:p>
      <w:pPr>
        <w:pStyle w:val="ListNumber"/>
        <w:spacing w:after="40"/>
      </w:pPr>
      <w:r>
        <w:rPr>
          <w:rFonts w:ascii="Calibri" w:hAnsi="Calibri" w:eastAsia="Calibri"/>
          <w:b w:val="0"/>
          <w:i w:val="0"/>
          <w:color w:val="222222"/>
          <w:sz w:val="22"/>
        </w:rPr>
        <w:t>The Knights of Columbus banner is at the top. A small visitor line in the top right may say “You are the 100th visitor.” That number is yours; clicking around the site does not keep adding.</w:t>
      </w:r>
    </w:p>
    <w:p>
      <w:pPr>
        <w:pStyle w:val="ListNumber"/>
        <w:spacing w:after="40"/>
      </w:pPr>
      <w:r>
        <w:rPr>
          <w:rFonts w:ascii="Calibri" w:hAnsi="Calibri" w:eastAsia="Calibri"/>
          <w:b w:val="0"/>
          <w:i w:val="0"/>
          <w:color w:val="222222"/>
          <w:sz w:val="22"/>
        </w:rPr>
        <w:t>The menu sits in the bar under the banner. Search the site is on the right of that bar. Type a word and press Enter or the search button.</w:t>
      </w:r>
    </w:p>
    <w:p>
      <w:pPr>
        <w:pStyle w:val="ListNumber"/>
        <w:spacing w:after="40"/>
      </w:pPr>
      <w:r>
        <w:rPr>
          <w:rFonts w:ascii="Calibri" w:hAnsi="Calibri" w:eastAsia="Calibri"/>
          <w:b w:val="0"/>
          <w:i w:val="0"/>
          <w:color w:val="222222"/>
          <w:sz w:val="22"/>
        </w:rPr>
        <w:t>Tap or click a menu name to open that page. The same links are also at the bottom of every page.</w:t>
      </w:r>
    </w:p>
    <w:p>
      <w:pPr>
        <w:pStyle w:val="ListNumber"/>
        <w:spacing w:after="40"/>
      </w:pPr>
      <w:r>
        <w:rPr>
          <w:rFonts w:ascii="Calibri" w:hAnsi="Calibri" w:eastAsia="Calibri"/>
          <w:b w:val="0"/>
          <w:i w:val="0"/>
          <w:color w:val="222222"/>
          <w:sz w:val="22"/>
        </w:rPr>
        <w:t>Sign in is at the top right. Use it only if you have the member or administrator password.</w:t>
      </w:r>
    </w:p>
    <w:p>
      <w:pPr>
        <w:spacing w:before="280" w:after="80"/>
        <w:pBdr>
          <w:bottom w:val="single" w:sz="12" w:space="4" w:color="C5A572"/>
        </w:pBdr>
      </w:pPr>
      <w:r>
        <w:rPr>
          <w:rFonts w:ascii="Calibri" w:hAnsi="Calibri" w:eastAsia="Calibri"/>
          <w:b/>
          <w:i w:val="0"/>
          <w:color w:val="255BA3"/>
          <w:sz w:val="28"/>
        </w:rPr>
        <w:t>The menu</w:t>
      </w:r>
    </w:p>
    <w:p>
      <w:pPr>
        <w:pStyle w:val="ListBullet"/>
        <w:spacing w:after="40"/>
      </w:pPr>
      <w:r>
        <w:rPr>
          <w:rFonts w:ascii="Calibri" w:hAnsi="Calibri" w:eastAsia="Calibri"/>
          <w:b w:val="0"/>
          <w:i w:val="0"/>
          <w:color w:val="222222"/>
          <w:sz w:val="22"/>
        </w:rPr>
        <w:t>Home. Welcome message, charity goal meter (if one is running), Grand Knight announcements, and events. Use Upcoming Events and Past Events. Click an announcement card to read the full message.</w:t>
      </w:r>
    </w:p>
    <w:p>
      <w:pPr>
        <w:pStyle w:val="ListBullet"/>
        <w:spacing w:after="40"/>
      </w:pPr>
      <w:r>
        <w:rPr>
          <w:rFonts w:ascii="Calibri" w:hAnsi="Calibri" w:eastAsia="Calibri"/>
          <w:b w:val="0"/>
          <w:i w:val="0"/>
          <w:color w:val="222222"/>
          <w:sz w:val="22"/>
        </w:rPr>
        <w:t>Announcements. All Grand Knight announcements, newest first. Click a card to open the full message. Some include a photo or a QR code you can scan with your phone.</w:t>
      </w:r>
    </w:p>
    <w:p>
      <w:pPr>
        <w:pStyle w:val="ListBullet"/>
        <w:spacing w:after="40"/>
      </w:pPr>
      <w:r>
        <w:rPr>
          <w:rFonts w:ascii="Calibri" w:hAnsi="Calibri" w:eastAsia="Calibri"/>
          <w:b w:val="0"/>
          <w:i w:val="0"/>
          <w:color w:val="222222"/>
          <w:sz w:val="22"/>
        </w:rPr>
        <w:t>Events. Tabs for Upcoming Events and Past Events. Photos can be clicked to view larger. An event that runs for weeks or months stays listed until its end date. Use Phone, Outlook, or Google on the card to add it to your calendar. Some events have a sign-up list.</w:t>
      </w:r>
    </w:p>
    <w:p>
      <w:pPr>
        <w:pStyle w:val="ListBullet"/>
        <w:spacing w:after="40"/>
      </w:pPr>
      <w:r>
        <w:rPr>
          <w:rFonts w:ascii="Calibri" w:hAnsi="Calibri" w:eastAsia="Calibri"/>
          <w:b w:val="0"/>
          <w:i w:val="0"/>
          <w:color w:val="222222"/>
          <w:sz w:val="22"/>
        </w:rPr>
        <w:t>Calendar. Month view. Use Previous, This month, and Next. Click the gold calendar icon on an event, or the Phone / Outlook / Google buttons on an event card.</w:t>
      </w:r>
    </w:p>
    <w:p>
      <w:pPr>
        <w:pStyle w:val="ListBullet"/>
        <w:spacing w:after="40"/>
      </w:pPr>
      <w:r>
        <w:rPr>
          <w:rFonts w:ascii="Calibri" w:hAnsi="Calibri" w:eastAsia="Calibri"/>
          <w:b w:val="0"/>
          <w:i w:val="0"/>
          <w:color w:val="222222"/>
          <w:sz w:val="22"/>
        </w:rPr>
        <w:t>Documents. Council files grouped by category. Use Search or the category list, then click a file name to open or preview it. PDFs open in a viewer that works on phones.</w:t>
      </w:r>
    </w:p>
    <w:p>
      <w:pPr>
        <w:pStyle w:val="ListBullet"/>
        <w:spacing w:after="40"/>
      </w:pPr>
      <w:r>
        <w:rPr>
          <w:rFonts w:ascii="Calibri" w:hAnsi="Calibri" w:eastAsia="Calibri"/>
          <w:b w:val="0"/>
          <w:i w:val="0"/>
          <w:color w:val="222222"/>
          <w:sz w:val="22"/>
        </w:rPr>
        <w:t>About. Who the council is and the parish we serve.</w:t>
      </w:r>
    </w:p>
    <w:p>
      <w:pPr>
        <w:pStyle w:val="ListBullet"/>
        <w:spacing w:after="40"/>
      </w:pPr>
      <w:r>
        <w:rPr>
          <w:rFonts w:ascii="Calibri" w:hAnsi="Calibri" w:eastAsia="Calibri"/>
          <w:b w:val="0"/>
          <w:i w:val="0"/>
          <w:color w:val="222222"/>
          <w:sz w:val="22"/>
        </w:rPr>
        <w:t>Links. Other websites the council recommends. Click the blue underlined name to open that site in a new tab.</w:t>
      </w:r>
    </w:p>
    <w:p>
      <w:pPr>
        <w:pStyle w:val="ListBullet"/>
        <w:spacing w:after="40"/>
      </w:pPr>
      <w:r>
        <w:rPr>
          <w:rFonts w:ascii="Calibri" w:hAnsi="Calibri" w:eastAsia="Calibri"/>
          <w:b w:val="0"/>
          <w:i w:val="0"/>
          <w:color w:val="222222"/>
          <w:sz w:val="22"/>
        </w:rPr>
        <w:t>Communication. Send an email to the Grand Knight or another officer. Their email address is not shown.</w:t>
      </w:r>
    </w:p>
    <w:p>
      <w:pPr>
        <w:pStyle w:val="ListBullet"/>
        <w:spacing w:after="40"/>
      </w:pPr>
      <w:r>
        <w:rPr>
          <w:rFonts w:ascii="Calibri" w:hAnsi="Calibri" w:eastAsia="Calibri"/>
          <w:b w:val="0"/>
          <w:i w:val="0"/>
          <w:color w:val="222222"/>
          <w:sz w:val="22"/>
        </w:rPr>
        <w:t>Members. Private board for signed-in brothers. You will be asked to sign in.</w:t>
      </w:r>
    </w:p>
    <w:p>
      <w:pPr>
        <w:pStyle w:val="ListBullet"/>
        <w:spacing w:after="40"/>
      </w:pPr>
      <w:r>
        <w:rPr>
          <w:rFonts w:ascii="Calibri" w:hAnsi="Calibri" w:eastAsia="Calibri"/>
          <w:b w:val="0"/>
          <w:i w:val="0"/>
          <w:color w:val="222222"/>
          <w:sz w:val="22"/>
        </w:rPr>
        <w:t>Album. Council photos. Anyone can look. Signed-in members can add pictures and change captions.</w:t>
      </w:r>
    </w:p>
    <w:p>
      <w:pPr>
        <w:pStyle w:val="ListBullet"/>
        <w:spacing w:after="40"/>
      </w:pPr>
      <w:r>
        <w:rPr>
          <w:rFonts w:ascii="Calibri" w:hAnsi="Calibri" w:eastAsia="Calibri"/>
          <w:b w:val="0"/>
          <w:i w:val="0"/>
          <w:color w:val="222222"/>
          <w:sz w:val="22"/>
        </w:rPr>
        <w:t>Member files. Minutes and notes for signed-in brothers only. Visitors cannot see this page.</w:t>
      </w:r>
    </w:p>
    <w:p>
      <w:pPr>
        <w:pStyle w:val="ListBullet"/>
        <w:spacing w:after="40"/>
      </w:pPr>
      <w:r>
        <w:rPr>
          <w:rFonts w:ascii="Calibri" w:hAnsi="Calibri" w:eastAsia="Calibri"/>
          <w:b w:val="0"/>
          <w:i w:val="0"/>
          <w:color w:val="222222"/>
          <w:sz w:val="22"/>
        </w:rPr>
        <w:t>Contact. Meeting place, city, council contact names, and a Join / Inquiry form if you want to become a Knight or ask for information.</w:t>
      </w:r>
    </w:p>
    <w:p>
      <w:pPr>
        <w:spacing w:before="280" w:after="80"/>
        <w:pBdr>
          <w:bottom w:val="single" w:sz="12" w:space="4" w:color="C5A572"/>
        </w:pBdr>
      </w:pPr>
      <w:r>
        <w:rPr>
          <w:rFonts w:ascii="Calibri" w:hAnsi="Calibri" w:eastAsia="Calibri"/>
          <w:b/>
          <w:i w:val="0"/>
          <w:color w:val="255BA3"/>
          <w:sz w:val="28"/>
        </w:rPr>
        <w:t>Search the site</w:t>
      </w:r>
    </w:p>
    <w:p>
      <w:pPr>
        <w:spacing w:after="120" w:before="0" w:line="259" w:lineRule="auto"/>
      </w:pPr>
      <w:r>
        <w:rPr>
          <w:rFonts w:ascii="Calibri" w:hAnsi="Calibri" w:eastAsia="Calibri"/>
          <w:b w:val="0"/>
          <w:i w:val="0"/>
          <w:color w:val="222222"/>
          <w:sz w:val="22"/>
        </w:rPr>
        <w:t>Type a word or two in Search the site (for example pancake or grand knight). The results page lists links grouped by section: pages, events, announcements, documents, photos, contacts, and more. Click a result to go there.</w:t>
      </w:r>
    </w:p>
    <w:p>
      <w:pPr>
        <w:pStyle w:val="ListBullet"/>
        <w:spacing w:after="40"/>
      </w:pPr>
      <w:r>
        <w:rPr>
          <w:rFonts w:ascii="Calibri" w:hAnsi="Calibri" w:eastAsia="Calibri"/>
          <w:b w:val="0"/>
          <w:i w:val="0"/>
          <w:color w:val="222222"/>
          <w:sz w:val="22"/>
        </w:rPr>
        <w:t>Member files and Members board posts appear in search only after you sign in.</w:t>
      </w:r>
    </w:p>
    <w:p>
      <w:pPr>
        <w:pStyle w:val="ListBullet"/>
        <w:spacing w:after="40"/>
      </w:pPr>
      <w:r>
        <w:rPr>
          <w:rFonts w:ascii="Calibri" w:hAnsi="Calibri" w:eastAsia="Calibri"/>
          <w:b w:val="0"/>
          <w:i w:val="0"/>
          <w:color w:val="222222"/>
          <w:sz w:val="22"/>
        </w:rPr>
        <w:t>You can also search again from the Search page itself.</w:t>
      </w:r>
    </w:p>
    <w:p>
      <w:pPr>
        <w:spacing w:before="280" w:after="80"/>
        <w:pBdr>
          <w:bottom w:val="single" w:sz="12" w:space="4" w:color="C5A572"/>
        </w:pBdr>
      </w:pPr>
      <w:r>
        <w:rPr>
          <w:rFonts w:ascii="Calibri" w:hAnsi="Calibri" w:eastAsia="Calibri"/>
          <w:b/>
          <w:i w:val="0"/>
          <w:color w:val="255BA3"/>
          <w:sz w:val="28"/>
        </w:rPr>
        <w:t>How to sign in as a member</w:t>
      </w:r>
    </w:p>
    <w:p>
      <w:pPr>
        <w:spacing w:after="120" w:before="0" w:line="259" w:lineRule="auto"/>
      </w:pPr>
      <w:r>
        <w:rPr>
          <w:rFonts w:ascii="Calibri" w:hAnsi="Calibri" w:eastAsia="Calibri"/>
          <w:b w:val="0"/>
          <w:i w:val="0"/>
          <w:color w:val="222222"/>
          <w:sz w:val="22"/>
        </w:rPr>
        <w:t>Council members share one password. You do not get your own account. Ask the Grand Knight or webmaster for the current member password.</w:t>
      </w:r>
    </w:p>
    <w:p>
      <w:pPr>
        <w:pStyle w:val="ListNumber"/>
        <w:spacing w:after="40"/>
      </w:pPr>
      <w:r>
        <w:rPr>
          <w:rFonts w:ascii="Calibri" w:hAnsi="Calibri" w:eastAsia="Calibri"/>
          <w:b w:val="0"/>
          <w:i w:val="0"/>
          <w:color w:val="222222"/>
          <w:sz w:val="22"/>
        </w:rPr>
        <w:t>Click Sign in at the top right.</w:t>
      </w:r>
    </w:p>
    <w:p>
      <w:pPr>
        <w:pStyle w:val="ListNumber"/>
        <w:spacing w:after="40"/>
      </w:pPr>
      <w:r>
        <w:rPr>
          <w:rFonts w:ascii="Calibri" w:hAnsi="Calibri" w:eastAsia="Calibri"/>
          <w:b w:val="0"/>
          <w:i w:val="0"/>
          <w:color w:val="222222"/>
          <w:sz w:val="22"/>
        </w:rPr>
        <w:t>Enter the member password and click Sign in. There is no user name.</w:t>
      </w:r>
    </w:p>
    <w:p>
      <w:pPr>
        <w:pStyle w:val="ListNumber"/>
        <w:spacing w:after="40"/>
      </w:pPr>
      <w:r>
        <w:rPr>
          <w:rFonts w:ascii="Calibri" w:hAnsi="Calibri" w:eastAsia="Calibri"/>
          <w:b w:val="0"/>
          <w:i w:val="0"/>
          <w:color w:val="222222"/>
          <w:sz w:val="22"/>
        </w:rPr>
        <w:t>You will land on the Members board.</w:t>
      </w:r>
    </w:p>
    <w:p>
      <w:pPr>
        <w:pStyle w:val="ListNumber"/>
        <w:spacing w:after="40"/>
      </w:pPr>
      <w:r>
        <w:rPr>
          <w:rFonts w:ascii="Calibri" w:hAnsi="Calibri" w:eastAsia="Calibri"/>
          <w:b w:val="0"/>
          <w:i w:val="0"/>
          <w:color w:val="222222"/>
          <w:sz w:val="22"/>
        </w:rPr>
        <w:t>When you are finished, click Logout at the top right, especially on a shared computer.</w:t>
      </w:r>
    </w:p>
    <w:p>
      <w:r>
        <w:rPr>
          <w:rFonts w:ascii="Calibri" w:hAnsi="Calibri" w:eastAsia="Calibri"/>
          <w:b/>
          <w:i w:val="0"/>
          <w:color w:val="091B49"/>
          <w:sz w:val="22"/>
        </w:rPr>
        <w:t>Member password: ________________________________</w:t>
      </w:r>
    </w:p>
    <w:p>
      <w:r>
        <w:rPr>
          <w:rFonts w:ascii="Calibri" w:hAnsi="Calibri" w:eastAsia="Calibri"/>
          <w:b w:val="0"/>
          <w:i/>
          <w:color w:val="555555"/>
          <w:sz w:val="20"/>
        </w:rPr>
        <w:t>Write the current member password here after the Grand Knight gives it to you. Do not post it online.</w:t>
      </w:r>
    </w:p>
    <w:tbl>
      <w:tblPr>
        <w:tblW w:type="auto" w:w="0"/>
        <w:tblLayout w:type="autofit"/>
        <w:tblLook w:firstColumn="1" w:firstRow="1" w:lastColumn="0" w:lastRow="0" w:noHBand="0" w:noVBand="1" w:val="04A0"/>
      </w:tblPr>
      <w:tblGrid>
        <w:gridCol w:w="9792"/>
      </w:tblGrid>
      <w:tr>
        <w:tc>
          <w:tcPr>
            <w:tcW w:type="dxa" w:w="9792"/>
            <w:shd w:fill="F7F7F5" w:val="clear"/>
            <w:tcBorders>
              <w:top w:val="single" w:sz="12" w:color="C5A572" w:space="0"/>
              <w:bottom w:val="single" w:sz="4" w:color="C5A572" w:space="0"/>
              <w:left w:val="single" w:sz="12" w:color="C5A572" w:space="0"/>
              <w:right w:val="single" w:sz="4" w:color="C5A572" w:space="0"/>
            </w:tcBorders>
          </w:tcPr>
          <w:p>
            <w:r/>
            <w:r>
              <w:rPr>
                <w:rFonts w:ascii="Calibri" w:hAnsi="Calibri" w:eastAsia="Calibri"/>
                <w:b/>
                <w:i w:val="0"/>
                <w:color w:val="091B49"/>
                <w:sz w:val="22"/>
              </w:rPr>
              <w:t>Keep this login private</w:t>
            </w:r>
          </w:p>
          <w:p>
            <w:r>
              <w:rPr>
                <w:rFonts w:ascii="Calibri" w:hAnsi="Calibri" w:eastAsia="Calibri"/>
                <w:b w:val="0"/>
                <w:i w:val="0"/>
                <w:color w:val="222222"/>
                <w:sz w:val="22"/>
              </w:rPr>
              <w:t>Do not post the member password on social media or in a public parish bulletin. It is for Council 9998 brothers only. If it leaks, ask an administrator to change it.</w:t>
            </w:r>
          </w:p>
        </w:tc>
      </w:tr>
    </w:tbl>
    <w:p/>
    <w:p>
      <w:pPr>
        <w:spacing w:before="280" w:after="80"/>
        <w:pBdr>
          <w:bottom w:val="single" w:sz="12" w:space="4" w:color="C5A572"/>
        </w:pBdr>
      </w:pPr>
      <w:r>
        <w:rPr>
          <w:rFonts w:ascii="Calibri" w:hAnsi="Calibri" w:eastAsia="Calibri"/>
          <w:b/>
          <w:i w:val="0"/>
          <w:color w:val="255BA3"/>
          <w:sz w:val="28"/>
        </w:rPr>
        <w:t>Use the Members board</w:t>
      </w:r>
    </w:p>
    <w:p>
      <w:pPr>
        <w:spacing w:after="120" w:before="0" w:line="259" w:lineRule="auto"/>
      </w:pPr>
      <w:r>
        <w:rPr>
          <w:rFonts w:ascii="Calibri" w:hAnsi="Calibri" w:eastAsia="Calibri"/>
          <w:b w:val="0"/>
          <w:i w:val="0"/>
          <w:color w:val="222222"/>
          <w:sz w:val="22"/>
        </w:rPr>
        <w:t>The board is one ongoing thread. It is not email and it does not go out to phones.</w:t>
      </w:r>
    </w:p>
    <w:p>
      <w:pPr>
        <w:pStyle w:val="ListNumber"/>
        <w:spacing w:after="40"/>
      </w:pPr>
      <w:r>
        <w:rPr>
          <w:rFonts w:ascii="Calibri" w:hAnsi="Calibri" w:eastAsia="Calibri"/>
          <w:b w:val="0"/>
          <w:i w:val="0"/>
          <w:color w:val="222222"/>
          <w:sz w:val="22"/>
        </w:rPr>
        <w:t>After you sign in, open Members from the menu if you are not already there.</w:t>
      </w:r>
    </w:p>
    <w:p>
      <w:pPr>
        <w:pStyle w:val="ListNumber"/>
        <w:spacing w:after="40"/>
      </w:pPr>
      <w:r>
        <w:rPr>
          <w:rFonts w:ascii="Calibri" w:hAnsi="Calibri" w:eastAsia="Calibri"/>
          <w:b w:val="0"/>
          <w:i w:val="0"/>
          <w:color w:val="222222"/>
          <w:sz w:val="22"/>
        </w:rPr>
        <w:t>At New post, type your own name (for example, “John S.”). The shared login does not show who you are.</w:t>
      </w:r>
    </w:p>
    <w:p>
      <w:pPr>
        <w:pStyle w:val="ListNumber"/>
        <w:spacing w:after="40"/>
      </w:pPr>
      <w:r>
        <w:rPr>
          <w:rFonts w:ascii="Calibri" w:hAnsi="Calibri" w:eastAsia="Calibri"/>
          <w:b w:val="0"/>
          <w:i w:val="0"/>
          <w:color w:val="222222"/>
          <w:sz w:val="22"/>
        </w:rPr>
        <w:t>Type your message (up to 2,000 characters) and click Post.</w:t>
      </w:r>
    </w:p>
    <w:p>
      <w:pPr>
        <w:pStyle w:val="ListNumber"/>
        <w:spacing w:after="40"/>
      </w:pPr>
      <w:r>
        <w:rPr>
          <w:rFonts w:ascii="Calibri" w:hAnsi="Calibri" w:eastAsia="Calibri"/>
          <w:b w:val="0"/>
          <w:i w:val="0"/>
          <w:color w:val="222222"/>
          <w:sz w:val="22"/>
        </w:rPr>
        <w:t>To answer someone, type in the Reply box under that post (up to 1,000 characters) and click Reply.</w:t>
      </w:r>
    </w:p>
    <w:p>
      <w:pPr>
        <w:pStyle w:val="ListNumber"/>
        <w:spacing w:after="40"/>
      </w:pPr>
      <w:r>
        <w:rPr>
          <w:rFonts w:ascii="Calibri" w:hAnsi="Calibri" w:eastAsia="Calibri"/>
          <w:b w:val="0"/>
          <w:i w:val="0"/>
          <w:color w:val="222222"/>
          <w:sz w:val="22"/>
        </w:rPr>
        <w:t>Your name is remembered on that device so you do not have to retype it every time.</w:t>
      </w:r>
    </w:p>
    <w:tbl>
      <w:tblPr>
        <w:tblW w:type="auto" w:w="0"/>
        <w:tblLayout w:type="autofit"/>
        <w:tblLook w:firstColumn="1" w:firstRow="1" w:lastColumn="0" w:lastRow="0" w:noHBand="0" w:noVBand="1" w:val="04A0"/>
      </w:tblPr>
      <w:tblGrid>
        <w:gridCol w:w="9792"/>
      </w:tblGrid>
      <w:tr>
        <w:tc>
          <w:tcPr>
            <w:tcW w:type="dxa" w:w="9792"/>
            <w:shd w:fill="F7F7F5" w:val="clear"/>
            <w:tcBorders>
              <w:top w:val="single" w:sz="12" w:color="C5A572" w:space="0"/>
              <w:bottom w:val="single" w:sz="4" w:color="C5A572" w:space="0"/>
              <w:left w:val="single" w:sz="12" w:color="C5A572" w:space="0"/>
              <w:right w:val="single" w:sz="4" w:color="C5A572" w:space="0"/>
            </w:tcBorders>
          </w:tcPr>
          <w:p>
            <w:r/>
            <w:r>
              <w:rPr>
                <w:rFonts w:ascii="Calibri" w:hAnsi="Calibri" w:eastAsia="Calibri"/>
                <w:b/>
                <w:i w:val="0"/>
                <w:color w:val="091B49"/>
                <w:sz w:val="22"/>
              </w:rPr>
              <w:t>Please remember</w:t>
            </w:r>
          </w:p>
          <w:p>
            <w:r>
              <w:rPr>
                <w:rFonts w:ascii="Calibri" w:hAnsi="Calibri" w:eastAsia="Calibri"/>
                <w:b w:val="0"/>
                <w:i w:val="0"/>
                <w:color w:val="222222"/>
                <w:sz w:val="22"/>
              </w:rPr>
              <w:t>Write as you would in the council chamber. Do not share personal information you would not want posted. Only an administrator can delete a post or reply.</w:t>
            </w:r>
          </w:p>
        </w:tc>
      </w:tr>
    </w:tbl>
    <w:p/>
    <w:p>
      <w:pPr>
        <w:spacing w:before="280" w:after="80"/>
        <w:pBdr>
          <w:bottom w:val="single" w:sz="12" w:space="4" w:color="C5A572"/>
        </w:pBdr>
      </w:pPr>
      <w:r>
        <w:rPr>
          <w:rFonts w:ascii="Calibri" w:hAnsi="Calibri" w:eastAsia="Calibri"/>
          <w:b/>
          <w:i w:val="0"/>
          <w:color w:val="255BA3"/>
          <w:sz w:val="28"/>
        </w:rPr>
        <w:t>Send a message to an officer</w:t>
      </w:r>
    </w:p>
    <w:p>
      <w:pPr>
        <w:pStyle w:val="ListNumber"/>
        <w:spacing w:after="40"/>
      </w:pPr>
      <w:r>
        <w:rPr>
          <w:rFonts w:ascii="Calibri" w:hAnsi="Calibri" w:eastAsia="Calibri"/>
          <w:b w:val="0"/>
          <w:i w:val="0"/>
          <w:color w:val="222222"/>
          <w:sz w:val="22"/>
        </w:rPr>
        <w:t>Open Communication.</w:t>
      </w:r>
    </w:p>
    <w:p>
      <w:pPr>
        <w:pStyle w:val="ListNumber"/>
        <w:spacing w:after="40"/>
      </w:pPr>
      <w:r>
        <w:rPr>
          <w:rFonts w:ascii="Calibri" w:hAnsi="Calibri" w:eastAsia="Calibri"/>
          <w:b w:val="0"/>
          <w:i w:val="0"/>
          <w:color w:val="222222"/>
          <w:sz w:val="22"/>
        </w:rPr>
        <w:t>Enter your name and your email (so they can reply to you).</w:t>
      </w:r>
    </w:p>
    <w:p>
      <w:pPr>
        <w:pStyle w:val="ListNumber"/>
        <w:spacing w:after="40"/>
      </w:pPr>
      <w:r>
        <w:rPr>
          <w:rFonts w:ascii="Calibri" w:hAnsi="Calibri" w:eastAsia="Calibri"/>
          <w:b w:val="0"/>
          <w:i w:val="0"/>
          <w:color w:val="222222"/>
          <w:sz w:val="22"/>
        </w:rPr>
        <w:t>Choose who should receive it from Send email to. Grand Knight is usually first.</w:t>
      </w:r>
    </w:p>
    <w:p>
      <w:pPr>
        <w:pStyle w:val="ListNumber"/>
        <w:spacing w:after="40"/>
      </w:pPr>
      <w:r>
        <w:rPr>
          <w:rFonts w:ascii="Calibri" w:hAnsi="Calibri" w:eastAsia="Calibri"/>
          <w:b w:val="0"/>
          <w:i w:val="0"/>
          <w:color w:val="222222"/>
          <w:sz w:val="22"/>
        </w:rPr>
        <w:t>Enter a subject and your message, then click Send Message.</w:t>
      </w:r>
    </w:p>
    <w:p>
      <w:pPr>
        <w:spacing w:after="120" w:before="0" w:line="259" w:lineRule="auto"/>
      </w:pPr>
      <w:r>
        <w:rPr>
          <w:rFonts w:ascii="Calibri" w:hAnsi="Calibri" w:eastAsia="Calibri"/>
          <w:b w:val="0"/>
          <w:i w:val="0"/>
          <w:color w:val="222222"/>
          <w:sz w:val="22"/>
        </w:rPr>
        <w:t>You should see a confirmation if the email was sent. This page sends email only, not text messages.</w:t>
      </w:r>
    </w:p>
    <w:p>
      <w:pPr>
        <w:spacing w:before="280" w:after="80"/>
        <w:pBdr>
          <w:bottom w:val="single" w:sz="12" w:space="4" w:color="C5A572"/>
        </w:pBdr>
      </w:pPr>
      <w:r>
        <w:rPr>
          <w:rFonts w:ascii="Calibri" w:hAnsi="Calibri" w:eastAsia="Calibri"/>
          <w:b/>
          <w:i w:val="0"/>
          <w:color w:val="255BA3"/>
          <w:sz w:val="28"/>
        </w:rPr>
        <w:t>Join or ask for information</w:t>
      </w:r>
    </w:p>
    <w:p>
      <w:pPr>
        <w:spacing w:after="120" w:before="0" w:line="259" w:lineRule="auto"/>
      </w:pPr>
      <w:r>
        <w:rPr>
          <w:rFonts w:ascii="Calibri" w:hAnsi="Calibri" w:eastAsia="Calibri"/>
          <w:b w:val="0"/>
          <w:i w:val="0"/>
          <w:color w:val="222222"/>
          <w:sz w:val="22"/>
        </w:rPr>
        <w:t>On Contact, anyone can fill in Become a Knight / Inquiry. Choose whether you want to join or want more information, enter your name, email, and phone, and click Send Inquiry. The message goes to the Grand Knight so he can follow up. You do not need to sign in.</w:t>
      </w:r>
    </w:p>
    <w:p>
      <w:pPr>
        <w:spacing w:before="280" w:after="80"/>
        <w:pBdr>
          <w:bottom w:val="single" w:sz="12" w:space="4" w:color="C5A572"/>
        </w:pBdr>
      </w:pPr>
      <w:r>
        <w:rPr>
          <w:rFonts w:ascii="Calibri" w:hAnsi="Calibri" w:eastAsia="Calibri"/>
          <w:b/>
          <w:i w:val="0"/>
          <w:color w:val="255BA3"/>
          <w:sz w:val="28"/>
        </w:rPr>
        <w:t>Events, RSVP, photos, and calendar</w:t>
      </w:r>
    </w:p>
    <w:p>
      <w:pPr>
        <w:pStyle w:val="ListBullet"/>
        <w:spacing w:after="40"/>
      </w:pPr>
      <w:r>
        <w:rPr>
          <w:rFonts w:ascii="Calibri" w:hAnsi="Calibri" w:eastAsia="Calibri"/>
          <w:b w:val="0"/>
          <w:i w:val="0"/>
          <w:color w:val="222222"/>
          <w:sz w:val="22"/>
        </w:rPr>
        <w:t>On Home and Events, use Upcoming Events and Past Events. Home shows all upcoming events; Past Events is a click away.</w:t>
      </w:r>
    </w:p>
    <w:p>
      <w:pPr>
        <w:pStyle w:val="ListBullet"/>
        <w:spacing w:after="40"/>
      </w:pPr>
      <w:r>
        <w:rPr>
          <w:rFonts w:ascii="Calibri" w:hAnsi="Calibri" w:eastAsia="Calibri"/>
          <w:b w:val="0"/>
          <w:i w:val="0"/>
          <w:color w:val="222222"/>
          <w:sz w:val="22"/>
        </w:rPr>
        <w:t>Click a photo to open it larger. If there is more than one, use the arrows or the left and right keys. Press Escape to close.</w:t>
      </w:r>
    </w:p>
    <w:p>
      <w:pPr>
        <w:pStyle w:val="ListBullet"/>
        <w:spacing w:after="40"/>
      </w:pPr>
      <w:r>
        <w:rPr>
          <w:rFonts w:ascii="Calibri" w:hAnsi="Calibri" w:eastAsia="Calibri"/>
          <w:b w:val="0"/>
          <w:i w:val="0"/>
          <w:color w:val="222222"/>
          <w:sz w:val="22"/>
        </w:rPr>
        <w:t>Phone, Outlook, and Google add the event to your calendar. On Calendar, click Previous or Next to change months. Click the gold calendar icon on an event to add that day.</w:t>
      </w:r>
    </w:p>
    <w:p>
      <w:pPr>
        <w:pStyle w:val="ListBullet"/>
        <w:spacing w:after="40"/>
      </w:pPr>
      <w:r>
        <w:rPr>
          <w:rFonts w:ascii="Calibri" w:hAnsi="Calibri" w:eastAsia="Calibri"/>
          <w:b w:val="0"/>
          <w:i w:val="0"/>
          <w:color w:val="222222"/>
          <w:sz w:val="22"/>
        </w:rPr>
        <w:t>Some events include a sign-up list. Type your name and how many people, then add yourself. Names on the list are public so brothers can see who is coming. You can remove your name if you need to.</w:t>
      </w:r>
    </w:p>
    <w:p>
      <w:pPr>
        <w:pStyle w:val="ListBullet"/>
        <w:spacing w:after="40"/>
      </w:pPr>
      <w:r>
        <w:rPr>
          <w:rFonts w:ascii="Calibri" w:hAnsi="Calibri" w:eastAsia="Calibri"/>
          <w:b w:val="0"/>
          <w:i w:val="0"/>
          <w:color w:val="222222"/>
          <w:sz w:val="22"/>
        </w:rPr>
        <w:t>An event that lasts several days stays on Upcoming until the Ends on date.</w:t>
      </w:r>
    </w:p>
    <w:p>
      <w:pPr>
        <w:spacing w:before="200" w:after="60"/>
      </w:pPr>
      <w:r>
        <w:rPr>
          <w:rFonts w:ascii="Calibri" w:hAnsi="Calibri" w:eastAsia="Calibri"/>
          <w:b/>
          <w:i w:val="0"/>
          <w:color w:val="091B49"/>
          <w:sz w:val="24"/>
        </w:rPr>
        <w:t>Add an event to your calendar</w:t>
      </w:r>
    </w:p>
    <w:p>
      <w:pPr>
        <w:spacing w:after="120" w:before="0" w:line="259" w:lineRule="auto"/>
      </w:pPr>
      <w:r>
        <w:rPr>
          <w:rFonts w:ascii="Calibri" w:hAnsi="Calibri" w:eastAsia="Calibri"/>
          <w:b w:val="0"/>
          <w:i w:val="0"/>
          <w:color w:val="222222"/>
          <w:sz w:val="22"/>
        </w:rPr>
        <w:t>On Calendar, each event has a gold calendar icon. Click it to add that day. On Home and Events, each card has Phone, Outlook, and Google buttons.</w:t>
      </w:r>
    </w:p>
    <w:p>
      <w:pPr>
        <w:spacing w:after="120" w:before="0" w:line="259" w:lineRule="auto"/>
      </w:pPr>
      <w:r>
        <w:rPr>
          <w:rFonts w:ascii="Calibri" w:hAnsi="Calibri" w:eastAsia="Calibri"/>
          <w:b w:val="0"/>
          <w:i w:val="0"/>
          <w:color w:val="222222"/>
          <w:sz w:val="22"/>
        </w:rPr>
        <w:t>On a phone, Phone opens the phone calendar. On a computer, Outlook opens Outlook. Google opens Google Calendar. If a file downloads instead, open it and save it to your calendar.</w:t>
      </w:r>
    </w:p>
    <w:p>
      <w:pPr>
        <w:pStyle w:val="ListNumber"/>
        <w:spacing w:after="40"/>
      </w:pPr>
      <w:r>
        <w:rPr>
          <w:rFonts w:ascii="Calibri" w:hAnsi="Calibri" w:eastAsia="Calibri"/>
          <w:b w:val="0"/>
          <w:i w:val="0"/>
          <w:color w:val="222222"/>
          <w:sz w:val="22"/>
        </w:rPr>
        <w:t>If Chrome on iPhone downloads a file instead of opening the calendar, use the on-screen Open in Calendar option, or add it in Safari or Edge.</w:t>
      </w:r>
    </w:p>
    <w:p>
      <w:pPr>
        <w:spacing w:before="280" w:after="80"/>
        <w:pBdr>
          <w:bottom w:val="single" w:sz="12" w:space="4" w:color="C5A572"/>
        </w:pBdr>
      </w:pPr>
      <w:r>
        <w:rPr>
          <w:rFonts w:ascii="Calibri" w:hAnsi="Calibri" w:eastAsia="Calibri"/>
          <w:b/>
          <w:i w:val="0"/>
          <w:color w:val="255BA3"/>
          <w:sz w:val="28"/>
        </w:rPr>
        <w:t>Documents and PDFs</w:t>
      </w:r>
    </w:p>
    <w:p>
      <w:pPr>
        <w:pStyle w:val="ListBullet"/>
        <w:spacing w:after="40"/>
      </w:pPr>
      <w:r>
        <w:rPr>
          <w:rFonts w:ascii="Calibri" w:hAnsi="Calibri" w:eastAsia="Calibri"/>
          <w:b w:val="0"/>
          <w:i w:val="0"/>
          <w:color w:val="222222"/>
          <w:sz w:val="22"/>
        </w:rPr>
        <w:t>On Documents, type in Search or pick a category, then click a file name.</w:t>
      </w:r>
    </w:p>
    <w:p>
      <w:pPr>
        <w:pStyle w:val="ListBullet"/>
        <w:spacing w:after="40"/>
      </w:pPr>
      <w:r>
        <w:rPr>
          <w:rFonts w:ascii="Calibri" w:hAnsi="Calibri" w:eastAsia="Calibri"/>
          <w:b w:val="0"/>
          <w:i w:val="0"/>
          <w:color w:val="222222"/>
          <w:sz w:val="22"/>
        </w:rPr>
        <w:t>PDFs and pictures preview on the page, including on phones (the first page is sized to fit). Word and Excel can also preview. Other types download.</w:t>
      </w:r>
    </w:p>
    <w:p>
      <w:pPr>
        <w:pStyle w:val="ListBullet"/>
        <w:spacing w:after="40"/>
      </w:pPr>
      <w:r>
        <w:rPr>
          <w:rFonts w:ascii="Calibri" w:hAnsi="Calibri" w:eastAsia="Calibri"/>
          <w:b w:val="0"/>
          <w:i w:val="0"/>
          <w:color w:val="222222"/>
          <w:sz w:val="22"/>
        </w:rPr>
        <w:t>Public flyers belong on Documents. Minutes and private notes belong on Member files after you sign in.</w:t>
      </w:r>
    </w:p>
    <w:p>
      <w:pPr>
        <w:spacing w:before="280" w:after="80"/>
        <w:pBdr>
          <w:bottom w:val="single" w:sz="12" w:space="4" w:color="C5A572"/>
        </w:pBdr>
      </w:pPr>
      <w:r>
        <w:rPr>
          <w:rFonts w:ascii="Calibri" w:hAnsi="Calibri" w:eastAsia="Calibri"/>
          <w:b/>
          <w:i w:val="0"/>
          <w:color w:val="255BA3"/>
          <w:sz w:val="28"/>
        </w:rPr>
        <w:t>Photo album</w:t>
      </w:r>
    </w:p>
    <w:p>
      <w:pPr>
        <w:pStyle w:val="ListNumber"/>
        <w:spacing w:after="40"/>
      </w:pPr>
      <w:r>
        <w:rPr>
          <w:rFonts w:ascii="Calibri" w:hAnsi="Calibri" w:eastAsia="Calibri"/>
          <w:b w:val="0"/>
          <w:i w:val="0"/>
          <w:color w:val="222222"/>
          <w:sz w:val="22"/>
        </w:rPr>
        <w:t>Anyone can open Album and look at the photos. Several pictures uploaded together appear in one panel. Use the arrows to see the rest.</w:t>
      </w:r>
    </w:p>
    <w:p>
      <w:pPr>
        <w:pStyle w:val="ListNumber"/>
        <w:spacing w:after="40"/>
      </w:pPr>
      <w:r>
        <w:rPr>
          <w:rFonts w:ascii="Calibri" w:hAnsi="Calibri" w:eastAsia="Calibri"/>
          <w:b w:val="0"/>
          <w:i w:val="0"/>
          <w:color w:val="222222"/>
          <w:sz w:val="22"/>
        </w:rPr>
        <w:t>To add pictures, sign in, click Add Photo, enter your name and an optional caption, choose one or more pictures, and click Add to album.</w:t>
      </w:r>
    </w:p>
    <w:p>
      <w:pPr>
        <w:pStyle w:val="ListNumber"/>
        <w:spacing w:after="40"/>
      </w:pPr>
      <w:r>
        <w:rPr>
          <w:rFonts w:ascii="Calibri" w:hAnsi="Calibri" w:eastAsia="Calibri"/>
          <w:b w:val="0"/>
          <w:i w:val="0"/>
          <w:color w:val="222222"/>
          <w:sz w:val="22"/>
        </w:rPr>
        <w:t>To change the wording under a set of photos, click Edit, change the caption, and Save Caption. Delete removes that set.</w:t>
      </w:r>
    </w:p>
    <w:p>
      <w:pPr>
        <w:pStyle w:val="ListNumber"/>
        <w:spacing w:after="40"/>
      </w:pPr>
      <w:r>
        <w:rPr>
          <w:rFonts w:ascii="Calibri" w:hAnsi="Calibri" w:eastAsia="Calibri"/>
          <w:b w:val="0"/>
          <w:i w:val="0"/>
          <w:color w:val="222222"/>
          <w:sz w:val="22"/>
        </w:rPr>
        <w:t>Event posters still belong on the Events page. The album is for council snapshots.</w:t>
      </w:r>
    </w:p>
    <w:p>
      <w:pPr>
        <w:spacing w:before="280" w:after="80"/>
        <w:pBdr>
          <w:bottom w:val="single" w:sz="12" w:space="4" w:color="C5A572"/>
        </w:pBdr>
      </w:pPr>
      <w:r>
        <w:rPr>
          <w:rFonts w:ascii="Calibri" w:hAnsi="Calibri" w:eastAsia="Calibri"/>
          <w:b/>
          <w:i w:val="0"/>
          <w:color w:val="255BA3"/>
          <w:sz w:val="28"/>
        </w:rPr>
        <w:t>QR codes</w:t>
      </w:r>
    </w:p>
    <w:p>
      <w:pPr>
        <w:spacing w:after="120" w:before="0" w:line="259" w:lineRule="auto"/>
      </w:pPr>
      <w:r>
        <w:rPr>
          <w:rFonts w:ascii="Calibri" w:hAnsi="Calibri" w:eastAsia="Calibri"/>
          <w:b w:val="0"/>
          <w:i w:val="0"/>
          <w:color w:val="222222"/>
          <w:sz w:val="22"/>
        </w:rPr>
        <w:t>Some announcements and events include a QR code. Open the card or full message and scan it with your phone camera. You do not need a separate QR app. The web address is also shown as a link under the code.</w:t>
      </w:r>
    </w:p>
    <w:p>
      <w:pPr>
        <w:spacing w:before="280" w:after="80"/>
        <w:pBdr>
          <w:bottom w:val="single" w:sz="12" w:space="4" w:color="C5A572"/>
        </w:pBdr>
      </w:pPr>
      <w:r>
        <w:rPr>
          <w:rFonts w:ascii="Calibri" w:hAnsi="Calibri" w:eastAsia="Calibri"/>
          <w:b/>
          <w:i w:val="0"/>
          <w:color w:val="255BA3"/>
          <w:sz w:val="28"/>
        </w:rPr>
        <w:t>Charity goal meter</w:t>
      </w:r>
    </w:p>
    <w:p>
      <w:pPr>
        <w:spacing w:after="120" w:before="0" w:line="259" w:lineRule="auto"/>
      </w:pPr>
      <w:r>
        <w:rPr>
          <w:rFonts w:ascii="Calibri" w:hAnsi="Calibri" w:eastAsia="Calibri"/>
          <w:b w:val="0"/>
          <w:i w:val="0"/>
          <w:color w:val="222222"/>
          <w:sz w:val="22"/>
        </w:rPr>
        <w:t>When a campaign is running, Home shows a vertical thermometer with the goal and amount raised (for example Charity Appeals tickets). It appears on the home page only.</w:t>
      </w:r>
    </w:p>
    <w:p>
      <w:pPr>
        <w:spacing w:before="280" w:after="80"/>
        <w:pBdr>
          <w:bottom w:val="single" w:sz="12" w:space="4" w:color="C5A572"/>
        </w:pBdr>
      </w:pPr>
      <w:r>
        <w:rPr>
          <w:rFonts w:ascii="Calibri" w:hAnsi="Calibri" w:eastAsia="Calibri"/>
          <w:b/>
          <w:i w:val="0"/>
          <w:color w:val="255BA3"/>
          <w:sz w:val="28"/>
        </w:rPr>
        <w:t>If something does not work</w:t>
      </w:r>
    </w:p>
    <w:p>
      <w:pPr>
        <w:pStyle w:val="ListBullet"/>
        <w:spacing w:after="40"/>
      </w:pPr>
      <w:r>
        <w:rPr>
          <w:rFonts w:ascii="Calibri" w:hAnsi="Calibri" w:eastAsia="Calibri"/>
          <w:b w:val="0"/>
          <w:i w:val="0"/>
          <w:color w:val="222222"/>
          <w:sz w:val="22"/>
        </w:rPr>
        <w:t>Try another browser (Chrome, Edge, or Safari) or refresh the page.</w:t>
      </w:r>
    </w:p>
    <w:p>
      <w:pPr>
        <w:pStyle w:val="ListBullet"/>
        <w:spacing w:after="40"/>
      </w:pPr>
      <w:r>
        <w:rPr>
          <w:rFonts w:ascii="Calibri" w:hAnsi="Calibri" w:eastAsia="Calibri"/>
          <w:b w:val="0"/>
          <w:i w:val="0"/>
          <w:color w:val="222222"/>
          <w:sz w:val="22"/>
        </w:rPr>
        <w:t>For the Members board, make sure you used the member password, not a personal email address.</w:t>
      </w:r>
    </w:p>
    <w:p>
      <w:pPr>
        <w:pStyle w:val="ListBullet"/>
        <w:spacing w:after="40"/>
      </w:pPr>
      <w:r>
        <w:rPr>
          <w:rFonts w:ascii="Calibri" w:hAnsi="Calibri" w:eastAsia="Calibri"/>
          <w:b w:val="0"/>
          <w:i w:val="0"/>
          <w:color w:val="222222"/>
          <w:sz w:val="22"/>
        </w:rPr>
        <w:t>If Communication or the inquiry form says it could not send, try again later or use the Contact names.</w:t>
      </w:r>
    </w:p>
    <w:p>
      <w:pPr>
        <w:pStyle w:val="ListBullet"/>
        <w:spacing w:after="40"/>
      </w:pPr>
      <w:r>
        <w:rPr>
          <w:rFonts w:ascii="Calibri" w:hAnsi="Calibri" w:eastAsia="Calibri"/>
          <w:b w:val="0"/>
          <w:i w:val="0"/>
          <w:color w:val="222222"/>
          <w:sz w:val="22"/>
        </w:rPr>
        <w:t>Ask the Grand Knight or the brother who looks after the website.</w:t>
      </w:r>
    </w:p>
    <w:tbl>
      <w:tblPr>
        <w:tblW w:type="auto" w:w="0"/>
        <w:tblLook w:firstColumn="1" w:firstRow="1" w:lastColumn="0" w:lastRow="0" w:noHBand="0" w:noVBand="1" w:val="04A0"/>
      </w:tblPr>
      <w:tblGrid>
        <w:gridCol w:w="9792"/>
      </w:tblGrid>
      <w:tr>
        <w:tc>
          <w:tcPr>
            <w:tcW w:type="dxa" w:w="9792"/>
            <w:shd w:fill="091B49" w:val="clear"/>
          </w:tcPr>
          <w:p>
            <w:pPr>
              <w:spacing w:before="160" w:after="160"/>
              <w:jc w:val="center"/>
            </w:pPr>
            <w:r/>
            <w:r>
              <w:rPr>
                <w:rFonts w:ascii="Calibri" w:hAnsi="Calibri" w:eastAsia="Calibri"/>
                <w:b/>
                <w:i w:val="0"/>
                <w:color w:val="FFFFFF"/>
                <w:sz w:val="28"/>
              </w:rPr>
              <w:t xml:space="preserve">  PART 2  —  For administrators</w:t>
            </w:r>
          </w:p>
        </w:tc>
      </w:tr>
    </w:tbl>
    <w:p/>
    <w:p>
      <w:pPr>
        <w:spacing w:after="120" w:before="0" w:line="259" w:lineRule="auto"/>
      </w:pPr>
      <w:r>
        <w:rPr>
          <w:rFonts w:ascii="Calibri" w:hAnsi="Calibri" w:eastAsia="Calibri"/>
          <w:b w:val="0"/>
          <w:i w:val="0"/>
          <w:color w:val="222222"/>
          <w:sz w:val="22"/>
        </w:rPr>
        <w:t>Administrators keep the public pages current. Sign in with the administrator password, not the shared member password. After you sign in, Add buttons appear. Click Add to open only that form. Save or Cancel brings the list back. You will also see Edit and Delete on cards.</w:t>
      </w:r>
    </w:p>
    <w:tbl>
      <w:tblPr>
        <w:tblW w:type="auto" w:w="0"/>
        <w:tblLayout w:type="autofit"/>
        <w:tblLook w:firstColumn="1" w:firstRow="1" w:lastColumn="0" w:lastRow="0" w:noHBand="0" w:noVBand="1" w:val="04A0"/>
      </w:tblPr>
      <w:tblGrid>
        <w:gridCol w:w="9792"/>
      </w:tblGrid>
      <w:tr>
        <w:tc>
          <w:tcPr>
            <w:tcW w:type="dxa" w:w="9792"/>
            <w:shd w:fill="F7F7F5" w:val="clear"/>
            <w:tcBorders>
              <w:top w:val="single" w:sz="12" w:color="C5A572" w:space="0"/>
              <w:bottom w:val="single" w:sz="4" w:color="C5A572" w:space="0"/>
              <w:left w:val="single" w:sz="12" w:color="C5A572" w:space="0"/>
              <w:right w:val="single" w:sz="4" w:color="C5A572" w:space="0"/>
            </w:tcBorders>
          </w:tcPr>
          <w:p>
            <w:r/>
            <w:r>
              <w:rPr>
                <w:rFonts w:ascii="Calibri" w:hAnsi="Calibri" w:eastAsia="Calibri"/>
                <w:b/>
                <w:i w:val="0"/>
                <w:color w:val="091B49"/>
                <w:sz w:val="22"/>
              </w:rPr>
              <w:t>Admin and member passwords are different</w:t>
            </w:r>
          </w:p>
          <w:p>
            <w:r>
              <w:rPr>
                <w:rFonts w:ascii="Calibri" w:hAnsi="Calibri" w:eastAsia="Calibri"/>
                <w:b w:val="0"/>
                <w:i w:val="0"/>
                <w:color w:val="222222"/>
                <w:sz w:val="22"/>
              </w:rPr>
              <w:t>The administrator password can change the site. The member password can only use the Members board, Album uploads, and Member files. If you sign in as a member by mistake, log out and sign in again with the administrator password. The two passwords must not be the same.</w:t>
            </w:r>
          </w:p>
        </w:tc>
      </w:tr>
    </w:tbl>
    <w:p/>
    <w:p>
      <w:pPr>
        <w:spacing w:before="280" w:after="80"/>
        <w:pBdr>
          <w:bottom w:val="single" w:sz="12" w:space="4" w:color="C5A572"/>
        </w:pBdr>
      </w:pPr>
      <w:r>
        <w:rPr>
          <w:rFonts w:ascii="Calibri" w:hAnsi="Calibri" w:eastAsia="Calibri"/>
          <w:b/>
          <w:i w:val="0"/>
          <w:color w:val="255BA3"/>
          <w:sz w:val="28"/>
        </w:rPr>
        <w:t>Sign in as administrator</w:t>
      </w:r>
    </w:p>
    <w:p>
      <w:pPr>
        <w:pStyle w:val="ListNumber"/>
        <w:spacing w:after="40"/>
      </w:pPr>
      <w:r>
        <w:rPr>
          <w:rFonts w:ascii="Calibri" w:hAnsi="Calibri" w:eastAsia="Calibri"/>
          <w:b w:val="0"/>
          <w:i w:val="0"/>
          <w:color w:val="222222"/>
          <w:sz w:val="22"/>
        </w:rPr>
        <w:t>Go to https://kofc9998.org and click Sign in.</w:t>
      </w:r>
    </w:p>
    <w:p>
      <w:pPr>
        <w:pStyle w:val="ListNumber"/>
        <w:spacing w:after="40"/>
      </w:pPr>
      <w:r>
        <w:rPr>
          <w:rFonts w:ascii="Calibri" w:hAnsi="Calibri" w:eastAsia="Calibri"/>
          <w:b w:val="0"/>
          <w:i w:val="0"/>
          <w:color w:val="222222"/>
          <w:sz w:val="22"/>
        </w:rPr>
        <w:t>Enter the administrator password and click Sign in. There is no user name.</w:t>
      </w:r>
    </w:p>
    <w:p>
      <w:pPr>
        <w:pStyle w:val="ListNumber"/>
        <w:spacing w:after="40"/>
      </w:pPr>
      <w:r>
        <w:rPr>
          <w:rFonts w:ascii="Calibri" w:hAnsi="Calibri" w:eastAsia="Calibri"/>
          <w:b w:val="0"/>
          <w:i w:val="0"/>
          <w:color w:val="222222"/>
          <w:sz w:val="22"/>
        </w:rPr>
        <w:t>You return to the home page. Add, Edit, and Delete now appear on pages you can change.</w:t>
      </w:r>
    </w:p>
    <w:p>
      <w:pPr>
        <w:pStyle w:val="ListNumber"/>
        <w:spacing w:after="40"/>
      </w:pPr>
      <w:r>
        <w:rPr>
          <w:rFonts w:ascii="Calibri" w:hAnsi="Calibri" w:eastAsia="Calibri"/>
          <w:b w:val="0"/>
          <w:i w:val="0"/>
          <w:color w:val="222222"/>
          <w:sz w:val="22"/>
        </w:rPr>
        <w:t>Click Logout when you are done.</w:t>
      </w:r>
    </w:p>
    <w:p>
      <w:pPr>
        <w:spacing w:before="280" w:after="80"/>
        <w:pBdr>
          <w:bottom w:val="single" w:sz="12" w:space="4" w:color="C5A572"/>
        </w:pBdr>
      </w:pPr>
      <w:r>
        <w:rPr>
          <w:rFonts w:ascii="Calibri" w:hAnsi="Calibri" w:eastAsia="Calibri"/>
          <w:b/>
          <w:i w:val="0"/>
          <w:color w:val="255BA3"/>
          <w:sz w:val="28"/>
        </w:rPr>
        <w:t>Change your admin password</w:t>
      </w:r>
    </w:p>
    <w:p>
      <w:pPr>
        <w:pStyle w:val="ListNumber"/>
        <w:spacing w:after="40"/>
      </w:pPr>
      <w:r>
        <w:rPr>
          <w:rFonts w:ascii="Calibri" w:hAnsi="Calibri" w:eastAsia="Calibri"/>
          <w:b w:val="0"/>
          <w:i w:val="0"/>
          <w:color w:val="222222"/>
          <w:sz w:val="22"/>
        </w:rPr>
        <w:t>While signed in as admin, click Change password at the top right.</w:t>
      </w:r>
    </w:p>
    <w:p>
      <w:pPr>
        <w:pStyle w:val="ListNumber"/>
        <w:spacing w:after="40"/>
      </w:pPr>
      <w:r>
        <w:rPr>
          <w:rFonts w:ascii="Calibri" w:hAnsi="Calibri" w:eastAsia="Calibri"/>
          <w:b w:val="0"/>
          <w:i w:val="0"/>
          <w:color w:val="222222"/>
          <w:sz w:val="22"/>
        </w:rPr>
        <w:t>Enter a new password twice (at least 6 characters).</w:t>
      </w:r>
    </w:p>
    <w:p>
      <w:pPr>
        <w:pStyle w:val="ListNumber"/>
        <w:spacing w:after="40"/>
      </w:pPr>
      <w:r>
        <w:rPr>
          <w:rFonts w:ascii="Calibri" w:hAnsi="Calibri" w:eastAsia="Calibri"/>
          <w:b w:val="0"/>
          <w:i w:val="0"/>
          <w:color w:val="222222"/>
          <w:sz w:val="22"/>
        </w:rPr>
        <w:t>Click Update password. Use the new password the next time you sign in.</w:t>
      </w:r>
    </w:p>
    <w:p>
      <w:pPr>
        <w:spacing w:before="280" w:after="80"/>
        <w:pBdr>
          <w:bottom w:val="single" w:sz="12" w:space="4" w:color="C5A572"/>
        </w:pBdr>
      </w:pPr>
      <w:r>
        <w:rPr>
          <w:rFonts w:ascii="Calibri" w:hAnsi="Calibri" w:eastAsia="Calibri"/>
          <w:b/>
          <w:i w:val="0"/>
          <w:color w:val="255BA3"/>
          <w:sz w:val="28"/>
        </w:rPr>
        <w:t>Set or change the shared member login</w:t>
      </w:r>
    </w:p>
    <w:p>
      <w:pPr>
        <w:spacing w:after="120" w:before="0" w:line="259" w:lineRule="auto"/>
      </w:pPr>
      <w:r>
        <w:rPr>
          <w:rFonts w:ascii="Calibri" w:hAnsi="Calibri" w:eastAsia="Calibri"/>
          <w:b w:val="0"/>
          <w:i w:val="0"/>
          <w:color w:val="222222"/>
          <w:sz w:val="22"/>
        </w:rPr>
        <w:t>On the same Change password page, scroll to Council member login.</w:t>
      </w:r>
    </w:p>
    <w:p>
      <w:pPr>
        <w:pStyle w:val="ListNumber"/>
        <w:spacing w:after="40"/>
      </w:pPr>
      <w:r>
        <w:rPr>
          <w:rFonts w:ascii="Calibri" w:hAnsi="Calibri" w:eastAsia="Calibri"/>
          <w:b w:val="0"/>
          <w:i w:val="0"/>
          <w:color w:val="222222"/>
          <w:sz w:val="22"/>
        </w:rPr>
        <w:t>Enter a new member password twice. Do not use the same password as the administrator.</w:t>
      </w:r>
    </w:p>
    <w:p>
      <w:pPr>
        <w:pStyle w:val="ListNumber"/>
        <w:spacing w:after="40"/>
      </w:pPr>
      <w:r>
        <w:rPr>
          <w:rFonts w:ascii="Calibri" w:hAnsi="Calibri" w:eastAsia="Calibri"/>
          <w:b w:val="0"/>
          <w:i w:val="0"/>
          <w:color w:val="222222"/>
          <w:sz w:val="22"/>
        </w:rPr>
        <w:t>Click Save member password.</w:t>
      </w:r>
    </w:p>
    <w:p>
      <w:pPr>
        <w:pStyle w:val="ListNumber"/>
        <w:spacing w:after="40"/>
      </w:pPr>
      <w:r>
        <w:rPr>
          <w:rFonts w:ascii="Calibri" w:hAnsi="Calibri" w:eastAsia="Calibri"/>
          <w:b w:val="0"/>
          <w:i w:val="0"/>
          <w:color w:val="222222"/>
          <w:sz w:val="22"/>
        </w:rPr>
        <w:t>There is no member user name. Brothers enter this password only.</w:t>
      </w:r>
    </w:p>
    <w:p>
      <w:pPr>
        <w:pStyle w:val="ListNumber"/>
        <w:spacing w:after="40"/>
      </w:pPr>
      <w:r>
        <w:rPr>
          <w:rFonts w:ascii="Calibri" w:hAnsi="Calibri" w:eastAsia="Calibri"/>
          <w:b w:val="0"/>
          <w:i w:val="0"/>
          <w:color w:val="222222"/>
          <w:sz w:val="22"/>
        </w:rPr>
        <w:t>Give that password only to council members.</w:t>
      </w:r>
    </w:p>
    <w:p>
      <w:pPr>
        <w:spacing w:after="120" w:before="0" w:line="259" w:lineRule="auto"/>
      </w:pPr>
      <w:r>
        <w:rPr>
          <w:rFonts w:ascii="Calibri" w:hAnsi="Calibri" w:eastAsia="Calibri"/>
          <w:b w:val="0"/>
          <w:i w:val="0"/>
          <w:color w:val="222222"/>
          <w:sz w:val="22"/>
        </w:rPr>
        <w:t>The first time the member tables are created, the site seeds the member password Knights9998. Change that password before you share it widely.</w:t>
      </w:r>
    </w:p>
    <w:p>
      <w:pPr>
        <w:spacing w:before="280" w:after="80"/>
        <w:pBdr>
          <w:bottom w:val="single" w:sz="12" w:space="4" w:color="C5A572"/>
        </w:pBdr>
      </w:pPr>
      <w:r>
        <w:rPr>
          <w:rFonts w:ascii="Calibri" w:hAnsi="Calibri" w:eastAsia="Calibri"/>
          <w:b/>
          <w:i w:val="0"/>
          <w:color w:val="255BA3"/>
          <w:sz w:val="28"/>
        </w:rPr>
        <w:t>How adding and editing work</w:t>
      </w:r>
    </w:p>
    <w:p>
      <w:pPr>
        <w:spacing w:after="120" w:before="0" w:line="259" w:lineRule="auto"/>
      </w:pPr>
      <w:r>
        <w:rPr>
          <w:rFonts w:ascii="Calibri" w:hAnsi="Calibri" w:eastAsia="Calibri"/>
          <w:b w:val="0"/>
          <w:i w:val="0"/>
          <w:color w:val="222222"/>
          <w:sz w:val="22"/>
        </w:rPr>
        <w:t>On Announcements, Events, Calendar, Documents, Links, and Album, do not look for a long form at the bottom of the page. Click the Add button (Add Announcement, Add New Event, Add A Calendar Event, Upload Document, Add Link, or Add Photo). Only the form shows. Save or Cancel returns you to the list.</w:t>
      </w:r>
    </w:p>
    <w:p>
      <w:pPr>
        <w:pStyle w:val="ListBullet"/>
        <w:spacing w:after="40"/>
      </w:pPr>
      <w:r>
        <w:rPr>
          <w:rFonts w:ascii="Calibri" w:hAnsi="Calibri" w:eastAsia="Calibri"/>
          <w:b w:val="0"/>
          <w:i w:val="0"/>
          <w:color w:val="222222"/>
          <w:sz w:val="22"/>
        </w:rPr>
        <w:t>Edit on a card opens only that item’s form until you Save or Cancel.</w:t>
      </w:r>
    </w:p>
    <w:p>
      <w:pPr>
        <w:pStyle w:val="ListBullet"/>
        <w:spacing w:after="40"/>
      </w:pPr>
      <w:r>
        <w:rPr>
          <w:rFonts w:ascii="Calibri" w:hAnsi="Calibri" w:eastAsia="Calibri"/>
          <w:b w:val="0"/>
          <w:i w:val="0"/>
          <w:color w:val="222222"/>
          <w:sz w:val="22"/>
        </w:rPr>
        <w:t>On Home, Add New Event and Email List tabs take you to Events. Add Announcement sits next to View all announcements.</w:t>
      </w:r>
    </w:p>
    <w:p>
      <w:pPr>
        <w:spacing w:before="280" w:after="80"/>
        <w:pBdr>
          <w:bottom w:val="single" w:sz="12" w:space="4" w:color="C5A572"/>
        </w:pBdr>
      </w:pPr>
      <w:r>
        <w:rPr>
          <w:rFonts w:ascii="Calibri" w:hAnsi="Calibri" w:eastAsia="Calibri"/>
          <w:b/>
          <w:i w:val="0"/>
          <w:color w:val="255BA3"/>
          <w:sz w:val="28"/>
        </w:rPr>
        <w:t>Home</w:t>
      </w:r>
    </w:p>
    <w:p>
      <w:pPr>
        <w:pStyle w:val="ListBullet"/>
        <w:spacing w:after="40"/>
      </w:pPr>
      <w:r>
        <w:rPr>
          <w:rFonts w:ascii="Calibri" w:hAnsi="Calibri" w:eastAsia="Calibri"/>
          <w:b w:val="0"/>
          <w:i w:val="0"/>
          <w:color w:val="222222"/>
          <w:sz w:val="22"/>
        </w:rPr>
        <w:t>Click Edit under the welcome heading to change the heading and blurb, then Save. Delete clears the welcome text.</w:t>
      </w:r>
    </w:p>
    <w:p>
      <w:pPr>
        <w:pStyle w:val="ListBullet"/>
        <w:spacing w:after="40"/>
      </w:pPr>
      <w:r>
        <w:rPr>
          <w:rFonts w:ascii="Calibri" w:hAnsi="Calibri" w:eastAsia="Calibri"/>
          <w:b w:val="0"/>
          <w:i w:val="0"/>
          <w:color w:val="222222"/>
          <w:sz w:val="22"/>
        </w:rPr>
        <w:t>The charity meter has Edit and Delete on the card. Edit the title, goal, amount raised, optional blurb and link, or turn the meter off so visitors do not see it. It shows only on Home, as a vertical thermometer.</w:t>
      </w:r>
    </w:p>
    <w:p>
      <w:pPr>
        <w:pStyle w:val="ListBullet"/>
        <w:spacing w:after="40"/>
      </w:pPr>
      <w:r>
        <w:rPr>
          <w:rFonts w:ascii="Calibri" w:hAnsi="Calibri" w:eastAsia="Calibri"/>
          <w:b w:val="0"/>
          <w:i w:val="0"/>
          <w:color w:val="222222"/>
          <w:sz w:val="22"/>
        </w:rPr>
        <w:t>Announcements on Home have Edit and Delete. Add Announcement opens the add form.</w:t>
      </w:r>
    </w:p>
    <w:p>
      <w:pPr>
        <w:pStyle w:val="ListBullet"/>
        <w:spacing w:after="40"/>
      </w:pPr>
      <w:r>
        <w:rPr>
          <w:rFonts w:ascii="Calibri" w:hAnsi="Calibri" w:eastAsia="Calibri"/>
          <w:b w:val="0"/>
          <w:i w:val="0"/>
          <w:color w:val="222222"/>
          <w:sz w:val="22"/>
        </w:rPr>
        <w:t>Event cards on Home have Edit and Delete (same as Events). The monthly meeting has a link to Edit Monthly Meeting instead of Delete.</w:t>
      </w:r>
    </w:p>
    <w:p>
      <w:pPr>
        <w:pStyle w:val="ListBullet"/>
        <w:spacing w:after="40"/>
      </w:pPr>
      <w:r>
        <w:rPr>
          <w:rFonts w:ascii="Calibri" w:hAnsi="Calibri" w:eastAsia="Calibri"/>
          <w:b w:val="0"/>
          <w:i w:val="0"/>
          <w:color w:val="222222"/>
          <w:sz w:val="22"/>
        </w:rPr>
        <w:t>Upcoming Events and Past Events tabs work the same as on Events. Add New Event and Email List open those tabs on Events.</w:t>
      </w:r>
    </w:p>
    <w:p>
      <w:pPr>
        <w:spacing w:before="280" w:after="80"/>
        <w:pBdr>
          <w:bottom w:val="single" w:sz="12" w:space="4" w:color="C5A572"/>
        </w:pBdr>
      </w:pPr>
      <w:r>
        <w:rPr>
          <w:rFonts w:ascii="Calibri" w:hAnsi="Calibri" w:eastAsia="Calibri"/>
          <w:b/>
          <w:i w:val="0"/>
          <w:color w:val="255BA3"/>
          <w:sz w:val="28"/>
        </w:rPr>
        <w:t>Announcements</w:t>
      </w:r>
    </w:p>
    <w:p>
      <w:pPr>
        <w:pStyle w:val="ListNumber"/>
        <w:spacing w:after="40"/>
      </w:pPr>
      <w:r>
        <w:rPr>
          <w:rFonts w:ascii="Calibri" w:hAnsi="Calibri" w:eastAsia="Calibri"/>
          <w:b w:val="0"/>
          <w:i w:val="0"/>
          <w:color w:val="222222"/>
          <w:sz w:val="22"/>
        </w:rPr>
        <w:t>Open Announcements and click Add Announcement (or use Add Announcement on Home).</w:t>
      </w:r>
    </w:p>
    <w:p>
      <w:pPr>
        <w:pStyle w:val="ListNumber"/>
        <w:spacing w:after="40"/>
      </w:pPr>
      <w:r>
        <w:rPr>
          <w:rFonts w:ascii="Calibri" w:hAnsi="Calibri" w:eastAsia="Calibri"/>
          <w:b w:val="0"/>
          <w:i w:val="0"/>
          <w:color w:val="222222"/>
          <w:sz w:val="22"/>
        </w:rPr>
        <w:t>Enter a title, date, optional photo, and message. You can format the message (bold, lists, links) in the editor. To add a QR code, click QR code in the toolbar and paste the web address (for example https://kofccharity.ca/).</w:t>
      </w:r>
    </w:p>
    <w:p>
      <w:pPr>
        <w:pStyle w:val="ListNumber"/>
        <w:spacing w:after="40"/>
      </w:pPr>
      <w:r>
        <w:rPr>
          <w:rFonts w:ascii="Calibri" w:hAnsi="Calibri" w:eastAsia="Calibri"/>
          <w:b w:val="0"/>
          <w:i w:val="0"/>
          <w:color w:val="222222"/>
          <w:sz w:val="22"/>
        </w:rPr>
        <w:t>Click Save Announcement. It appears here and on Home as a card. Visitors click the card to read the full message and scan any QR code.</w:t>
      </w:r>
    </w:p>
    <w:p>
      <w:pPr>
        <w:pStyle w:val="ListNumber"/>
        <w:spacing w:after="40"/>
      </w:pPr>
      <w:r>
        <w:rPr>
          <w:rFonts w:ascii="Calibri" w:hAnsi="Calibri" w:eastAsia="Calibri"/>
          <w:b w:val="0"/>
          <w:i w:val="0"/>
          <w:color w:val="222222"/>
          <w:sz w:val="22"/>
        </w:rPr>
        <w:t>To change one, click Edit, update it, and save again. Cancel returns to the list.</w:t>
      </w:r>
    </w:p>
    <w:p>
      <w:pPr>
        <w:spacing w:before="280" w:after="80"/>
        <w:pBdr>
          <w:bottom w:val="single" w:sz="12" w:space="4" w:color="C5A572"/>
        </w:pBdr>
      </w:pPr>
      <w:r>
        <w:rPr>
          <w:rFonts w:ascii="Calibri" w:hAnsi="Calibri" w:eastAsia="Calibri"/>
          <w:b/>
          <w:i w:val="0"/>
          <w:color w:val="255BA3"/>
          <w:sz w:val="28"/>
        </w:rPr>
        <w:t>Events</w:t>
      </w:r>
    </w:p>
    <w:p>
      <w:pPr>
        <w:spacing w:after="120" w:before="0" w:line="259" w:lineRule="auto"/>
      </w:pPr>
      <w:r>
        <w:rPr>
          <w:rFonts w:ascii="Calibri" w:hAnsi="Calibri" w:eastAsia="Calibri"/>
          <w:b w:val="0"/>
          <w:i w:val="0"/>
          <w:color w:val="222222"/>
          <w:sz w:val="22"/>
        </w:rPr>
        <w:t>While signed in you see four tabs: Upcoming Events, Past Events, Add New Event, and Email List.</w:t>
      </w:r>
    </w:p>
    <w:p>
      <w:pPr>
        <w:spacing w:before="200" w:after="60"/>
      </w:pPr>
      <w:r>
        <w:rPr>
          <w:rFonts w:ascii="Calibri" w:hAnsi="Calibri" w:eastAsia="Calibri"/>
          <w:b/>
          <w:i w:val="0"/>
          <w:color w:val="091B49"/>
          <w:sz w:val="24"/>
        </w:rPr>
        <w:t>Add a new event</w:t>
      </w:r>
    </w:p>
    <w:p>
      <w:pPr>
        <w:pStyle w:val="ListNumber"/>
        <w:spacing w:after="40"/>
      </w:pPr>
      <w:r>
        <w:rPr>
          <w:rFonts w:ascii="Calibri" w:hAnsi="Calibri" w:eastAsia="Calibri"/>
          <w:b w:val="0"/>
          <w:i w:val="0"/>
          <w:color w:val="222222"/>
          <w:sz w:val="22"/>
        </w:rPr>
        <w:t>Click Add New Event (from Events or from Home).</w:t>
      </w:r>
    </w:p>
    <w:p>
      <w:pPr>
        <w:pStyle w:val="ListNumber"/>
        <w:spacing w:after="40"/>
      </w:pPr>
      <w:r>
        <w:rPr>
          <w:rFonts w:ascii="Calibri" w:hAnsi="Calibri" w:eastAsia="Calibri"/>
          <w:b w:val="0"/>
          <w:i w:val="0"/>
          <w:color w:val="222222"/>
          <w:sz w:val="22"/>
        </w:rPr>
        <w:t>Enter title, Date (the first day), optional Ends on, time, location, and description. Ends on is for an event that runs for weeks or months. Example: Date October 1, Ends on December 31. It stays on Upcoming until December 31.</w:t>
      </w:r>
    </w:p>
    <w:p>
      <w:pPr>
        <w:pStyle w:val="ListNumber"/>
        <w:spacing w:after="40"/>
      </w:pPr>
      <w:r>
        <w:rPr>
          <w:rFonts w:ascii="Calibri" w:hAnsi="Calibri" w:eastAsia="Calibri"/>
          <w:b w:val="0"/>
          <w:i w:val="0"/>
          <w:color w:val="222222"/>
          <w:sz w:val="22"/>
        </w:rPr>
        <w:t>Optional: Link address and Link display name (what people click, for example Knights of Columbus Charity). If you leave the display name blank, the button says Learn more.</w:t>
      </w:r>
    </w:p>
    <w:p>
      <w:pPr>
        <w:pStyle w:val="ListNumber"/>
        <w:spacing w:after="40"/>
      </w:pPr>
      <w:r>
        <w:rPr>
          <w:rFonts w:ascii="Calibri" w:hAnsi="Calibri" w:eastAsia="Calibri"/>
          <w:b w:val="0"/>
          <w:i w:val="0"/>
          <w:color w:val="222222"/>
          <w:sz w:val="22"/>
        </w:rPr>
        <w:t>Optional: check Recurring every month and pick the week and weekday. Use the start / resume date so a monthly event can skip a month (for example start in November).</w:t>
      </w:r>
    </w:p>
    <w:p>
      <w:pPr>
        <w:pStyle w:val="ListNumber"/>
        <w:spacing w:after="40"/>
      </w:pPr>
      <w:r>
        <w:rPr>
          <w:rFonts w:ascii="Calibri" w:hAnsi="Calibri" w:eastAsia="Calibri"/>
          <w:b w:val="0"/>
          <w:i w:val="0"/>
          <w:color w:val="222222"/>
          <w:sz w:val="22"/>
        </w:rPr>
        <w:t>Optional: check Allow RSVP / sign-up if you want a public name list on the card.</w:t>
      </w:r>
    </w:p>
    <w:p>
      <w:pPr>
        <w:pStyle w:val="ListNumber"/>
        <w:spacing w:after="40"/>
      </w:pPr>
      <w:r>
        <w:rPr>
          <w:rFonts w:ascii="Calibri" w:hAnsi="Calibri" w:eastAsia="Calibri"/>
          <w:b w:val="0"/>
          <w:i w:val="0"/>
          <w:color w:val="222222"/>
          <w:sz w:val="22"/>
        </w:rPr>
        <w:t>Add photos if you want (JPG, PNG, GIF, or WebP; several at once; up to 12 per event). The first photo is included when the knights email list is notified.</w:t>
      </w:r>
    </w:p>
    <w:p>
      <w:pPr>
        <w:pStyle w:val="ListNumber"/>
        <w:spacing w:after="40"/>
      </w:pPr>
      <w:r>
        <w:rPr>
          <w:rFonts w:ascii="Calibri" w:hAnsi="Calibri" w:eastAsia="Calibri"/>
          <w:b w:val="0"/>
          <w:i w:val="0"/>
          <w:color w:val="222222"/>
          <w:sz w:val="22"/>
        </w:rPr>
        <w:t>Click Save Event. Knights on the Email List are sent a notice (if any are listed). You can also insert a QR code in the description.</w:t>
      </w:r>
    </w:p>
    <w:p>
      <w:pPr>
        <w:spacing w:before="200" w:after="60"/>
      </w:pPr>
      <w:r>
        <w:rPr>
          <w:rFonts w:ascii="Calibri" w:hAnsi="Calibri" w:eastAsia="Calibri"/>
          <w:b/>
          <w:i w:val="0"/>
          <w:color w:val="091B49"/>
          <w:sz w:val="24"/>
        </w:rPr>
        <w:t>Monthly meeting</w:t>
      </w:r>
    </w:p>
    <w:p>
      <w:pPr>
        <w:pStyle w:val="ListBullet"/>
        <w:spacing w:after="40"/>
      </w:pPr>
      <w:r>
        <w:rPr>
          <w:rFonts w:ascii="Calibri" w:hAnsi="Calibri" w:eastAsia="Calibri"/>
          <w:b w:val="0"/>
          <w:i w:val="0"/>
          <w:color w:val="222222"/>
          <w:sz w:val="22"/>
        </w:rPr>
        <w:t>On Add New Event, the Monthly Meeting section is below the one-time form.</w:t>
      </w:r>
    </w:p>
    <w:p>
      <w:pPr>
        <w:pStyle w:val="ListBullet"/>
        <w:spacing w:after="40"/>
      </w:pPr>
      <w:r>
        <w:rPr>
          <w:rFonts w:ascii="Calibri" w:hAnsi="Calibri" w:eastAsia="Calibri"/>
          <w:b w:val="0"/>
          <w:i w:val="0"/>
          <w:color w:val="222222"/>
          <w:sz w:val="22"/>
        </w:rPr>
        <w:t>The date is calculated (default is the 3rd Tuesday). It moves forward on its own after that day.</w:t>
      </w:r>
    </w:p>
    <w:p>
      <w:pPr>
        <w:pStyle w:val="ListBullet"/>
        <w:spacing w:after="40"/>
      </w:pPr>
      <w:r>
        <w:rPr>
          <w:rFonts w:ascii="Calibri" w:hAnsi="Calibri" w:eastAsia="Calibri"/>
          <w:b w:val="0"/>
          <w:i w:val="0"/>
          <w:color w:val="222222"/>
          <w:sz w:val="22"/>
        </w:rPr>
        <w:t>You can change the title, week, weekday, time, location, photos, description, RSVP, and the date to resume from.</w:t>
      </w:r>
    </w:p>
    <w:p>
      <w:pPr>
        <w:pStyle w:val="ListBullet"/>
        <w:spacing w:after="40"/>
      </w:pPr>
      <w:r>
        <w:rPr>
          <w:rFonts w:ascii="Calibri" w:hAnsi="Calibri" w:eastAsia="Calibri"/>
          <w:b w:val="0"/>
          <w:i w:val="0"/>
          <w:color w:val="222222"/>
          <w:sz w:val="22"/>
        </w:rPr>
        <w:t>Click Save Monthly Meeting. This meeting is permanent; do not Delete it like a one-time event. Edit it here.</w:t>
      </w:r>
    </w:p>
    <w:p>
      <w:pPr>
        <w:spacing w:before="200" w:after="60"/>
      </w:pPr>
      <w:r>
        <w:rPr>
          <w:rFonts w:ascii="Calibri" w:hAnsi="Calibri" w:eastAsia="Calibri"/>
          <w:b/>
          <w:i w:val="0"/>
          <w:color w:val="091B49"/>
          <w:sz w:val="24"/>
        </w:rPr>
        <w:t>Email List</w:t>
      </w:r>
    </w:p>
    <w:p>
      <w:pPr>
        <w:spacing w:after="120" w:before="0" w:line="259" w:lineRule="auto"/>
      </w:pPr>
      <w:r>
        <w:rPr>
          <w:rFonts w:ascii="Calibri" w:hAnsi="Calibri" w:eastAsia="Calibri"/>
          <w:b w:val="0"/>
          <w:i w:val="0"/>
          <w:color w:val="222222"/>
          <w:sz w:val="22"/>
        </w:rPr>
        <w:t>When you save a new event, the site emails the knights on this list (BCC) with the details and the first photo if there is one.</w:t>
      </w:r>
    </w:p>
    <w:p>
      <w:pPr>
        <w:pStyle w:val="ListNumber"/>
        <w:spacing w:after="40"/>
      </w:pPr>
      <w:r>
        <w:rPr>
          <w:rFonts w:ascii="Calibri" w:hAnsi="Calibri" w:eastAsia="Calibri"/>
          <w:b w:val="0"/>
          <w:i w:val="0"/>
          <w:color w:val="222222"/>
          <w:sz w:val="22"/>
        </w:rPr>
        <w:t>Click Email List, then Add New Email. Only the add form shows.</w:t>
      </w:r>
    </w:p>
    <w:p>
      <w:pPr>
        <w:pStyle w:val="ListNumber"/>
        <w:spacing w:after="40"/>
      </w:pPr>
      <w:r>
        <w:rPr>
          <w:rFonts w:ascii="Calibri" w:hAnsi="Calibri" w:eastAsia="Calibri"/>
          <w:b w:val="0"/>
          <w:i w:val="0"/>
          <w:color w:val="222222"/>
          <w:sz w:val="22"/>
        </w:rPr>
        <w:t>Enter a display name and email, or paste several Outlook addresses such as "Name" &lt;email&gt;; "Name" &lt;email&gt;;</w:t>
      </w:r>
    </w:p>
    <w:p>
      <w:pPr>
        <w:pStyle w:val="ListNumber"/>
        <w:spacing w:after="40"/>
      </w:pPr>
      <w:r>
        <w:rPr>
          <w:rFonts w:ascii="Calibri" w:hAnsi="Calibri" w:eastAsia="Calibri"/>
          <w:b w:val="0"/>
          <w:i w:val="0"/>
          <w:color w:val="222222"/>
          <w:sz w:val="22"/>
        </w:rPr>
        <w:t>The list is sorted A to Z by name. Edit or Delete a knight the same way as other lists.</w:t>
      </w:r>
    </w:p>
    <w:p>
      <w:pPr>
        <w:spacing w:before="280" w:after="80"/>
        <w:pBdr>
          <w:bottom w:val="single" w:sz="12" w:space="4" w:color="C5A572"/>
        </w:pBdr>
      </w:pPr>
      <w:r>
        <w:rPr>
          <w:rFonts w:ascii="Calibri" w:hAnsi="Calibri" w:eastAsia="Calibri"/>
          <w:b/>
          <w:i w:val="0"/>
          <w:color w:val="255BA3"/>
          <w:sz w:val="28"/>
        </w:rPr>
        <w:t>Calendar</w:t>
      </w:r>
    </w:p>
    <w:p>
      <w:pPr>
        <w:pStyle w:val="ListBullet"/>
        <w:spacing w:after="40"/>
      </w:pPr>
      <w:r>
        <w:rPr>
          <w:rFonts w:ascii="Calibri" w:hAnsi="Calibri" w:eastAsia="Calibri"/>
          <w:b w:val="0"/>
          <w:i w:val="0"/>
          <w:color w:val="222222"/>
          <w:sz w:val="22"/>
        </w:rPr>
        <w:t>Click Add A Calendar Event, or a day’s +, to open only the add form.</w:t>
      </w:r>
    </w:p>
    <w:p>
      <w:pPr>
        <w:pStyle w:val="ListBullet"/>
        <w:spacing w:after="40"/>
      </w:pPr>
      <w:r>
        <w:rPr>
          <w:rFonts w:ascii="Calibri" w:hAnsi="Calibri" w:eastAsia="Calibri"/>
          <w:b w:val="0"/>
          <w:i w:val="0"/>
          <w:color w:val="222222"/>
          <w:sz w:val="22"/>
        </w:rPr>
        <w:t>Click an existing event to edit it.</w:t>
      </w:r>
    </w:p>
    <w:p>
      <w:pPr>
        <w:pStyle w:val="ListBullet"/>
        <w:spacing w:after="40"/>
      </w:pPr>
      <w:r>
        <w:rPr>
          <w:rFonts w:ascii="Calibri" w:hAnsi="Calibri" w:eastAsia="Calibri"/>
          <w:b w:val="0"/>
          <w:i w:val="0"/>
          <w:color w:val="222222"/>
          <w:sz w:val="22"/>
        </w:rPr>
        <w:t>Fill in title, date, optional Ends on, or a recurring pattern, time, location, and description, then Save Event.</w:t>
      </w:r>
    </w:p>
    <w:p>
      <w:pPr>
        <w:pStyle w:val="ListBullet"/>
        <w:spacing w:after="40"/>
      </w:pPr>
      <w:r>
        <w:rPr>
          <w:rFonts w:ascii="Calibri" w:hAnsi="Calibri" w:eastAsia="Calibri"/>
          <w:b w:val="0"/>
          <w:i w:val="0"/>
          <w:color w:val="222222"/>
          <w:sz w:val="22"/>
        </w:rPr>
        <w:t>To remove one, open it and click Delete (you will be asked to confirm).</w:t>
      </w:r>
    </w:p>
    <w:p>
      <w:pPr>
        <w:spacing w:after="120" w:before="0" w:line="259" w:lineRule="auto"/>
      </w:pPr>
      <w:r>
        <w:rPr>
          <w:rFonts w:ascii="Calibri" w:hAnsi="Calibri" w:eastAsia="Calibri"/>
          <w:b w:val="0"/>
          <w:i w:val="0"/>
          <w:color w:val="222222"/>
          <w:sz w:val="22"/>
        </w:rPr>
        <w:t>Calendar events also appear on the Events page.</w:t>
      </w:r>
    </w:p>
    <w:p>
      <w:pPr>
        <w:spacing w:before="280" w:after="80"/>
        <w:pBdr>
          <w:bottom w:val="single" w:sz="12" w:space="4" w:color="C5A572"/>
        </w:pBdr>
      </w:pPr>
      <w:r>
        <w:rPr>
          <w:rFonts w:ascii="Calibri" w:hAnsi="Calibri" w:eastAsia="Calibri"/>
          <w:b/>
          <w:i w:val="0"/>
          <w:color w:val="255BA3"/>
          <w:sz w:val="28"/>
        </w:rPr>
        <w:t>Documents</w:t>
      </w:r>
    </w:p>
    <w:p>
      <w:pPr>
        <w:pStyle w:val="ListNumber"/>
        <w:spacing w:after="40"/>
      </w:pPr>
      <w:r>
        <w:rPr>
          <w:rFonts w:ascii="Calibri" w:hAnsi="Calibri" w:eastAsia="Calibri"/>
          <w:b w:val="0"/>
          <w:i w:val="0"/>
          <w:color w:val="222222"/>
          <w:sz w:val="22"/>
        </w:rPr>
        <w:t>Open Documents and click Upload Document. Only the upload form shows.</w:t>
      </w:r>
    </w:p>
    <w:p>
      <w:pPr>
        <w:pStyle w:val="ListNumber"/>
        <w:spacing w:after="40"/>
      </w:pPr>
      <w:r>
        <w:rPr>
          <w:rFonts w:ascii="Calibri" w:hAnsi="Calibri" w:eastAsia="Calibri"/>
          <w:b w:val="0"/>
          <w:i w:val="0"/>
          <w:color w:val="222222"/>
          <w:sz w:val="22"/>
        </w:rPr>
        <w:t>Choose a file, enter a title, pick or type a category, and a short description, then click Upload. Files are listed by category. Visitors can search by file name.</w:t>
      </w:r>
    </w:p>
    <w:p>
      <w:pPr>
        <w:pStyle w:val="ListNumber"/>
        <w:spacing w:after="40"/>
      </w:pPr>
      <w:r>
        <w:rPr>
          <w:rFonts w:ascii="Calibri" w:hAnsi="Calibri" w:eastAsia="Calibri"/>
          <w:b w:val="0"/>
          <w:i w:val="0"/>
          <w:color w:val="222222"/>
          <w:sz w:val="22"/>
        </w:rPr>
        <w:t>To remove a file, click Delete under that document and confirm.</w:t>
      </w:r>
    </w:p>
    <w:p>
      <w:pPr>
        <w:spacing w:after="120" w:before="0" w:line="259" w:lineRule="auto"/>
      </w:pPr>
      <w:r>
        <w:rPr>
          <w:rFonts w:ascii="Calibri" w:hAnsi="Calibri" w:eastAsia="Calibri"/>
          <w:b w:val="0"/>
          <w:i w:val="0"/>
          <w:color w:val="222222"/>
          <w:sz w:val="22"/>
        </w:rPr>
        <w:t>Member files (minutes) are uploaded by signed-in members on Member files, not here.</w:t>
      </w:r>
    </w:p>
    <w:p>
      <w:pPr>
        <w:spacing w:before="280" w:after="80"/>
        <w:pBdr>
          <w:bottom w:val="single" w:sz="12" w:space="4" w:color="C5A572"/>
        </w:pBdr>
      </w:pPr>
      <w:r>
        <w:rPr>
          <w:rFonts w:ascii="Calibri" w:hAnsi="Calibri" w:eastAsia="Calibri"/>
          <w:b/>
          <w:i w:val="0"/>
          <w:color w:val="255BA3"/>
          <w:sz w:val="28"/>
        </w:rPr>
        <w:t>About</w:t>
      </w:r>
    </w:p>
    <w:p>
      <w:pPr>
        <w:pStyle w:val="ListBullet"/>
        <w:spacing w:after="40"/>
      </w:pPr>
      <w:r>
        <w:rPr>
          <w:rFonts w:ascii="Calibri" w:hAnsi="Calibri" w:eastAsia="Calibri"/>
          <w:b w:val="0"/>
          <w:i w:val="0"/>
          <w:color w:val="222222"/>
          <w:sz w:val="22"/>
        </w:rPr>
        <w:t>Edit council name, council number, parish, and the About text.</w:t>
      </w:r>
    </w:p>
    <w:p>
      <w:pPr>
        <w:pStyle w:val="ListBullet"/>
        <w:spacing w:after="40"/>
      </w:pPr>
      <w:r>
        <w:rPr>
          <w:rFonts w:ascii="Calibri" w:hAnsi="Calibri" w:eastAsia="Calibri"/>
          <w:b w:val="0"/>
          <w:i w:val="0"/>
          <w:color w:val="222222"/>
          <w:sz w:val="22"/>
        </w:rPr>
        <w:t>Click Save About. The council number and parish also appear in the banner.</w:t>
      </w:r>
    </w:p>
    <w:p>
      <w:pPr>
        <w:spacing w:before="280" w:after="80"/>
        <w:pBdr>
          <w:bottom w:val="single" w:sz="12" w:space="4" w:color="C5A572"/>
        </w:pBdr>
      </w:pPr>
      <w:r>
        <w:rPr>
          <w:rFonts w:ascii="Calibri" w:hAnsi="Calibri" w:eastAsia="Calibri"/>
          <w:b/>
          <w:i w:val="0"/>
          <w:color w:val="255BA3"/>
          <w:sz w:val="28"/>
        </w:rPr>
        <w:t>Links</w:t>
      </w:r>
    </w:p>
    <w:p>
      <w:pPr>
        <w:pStyle w:val="ListNumber"/>
        <w:spacing w:after="40"/>
      </w:pPr>
      <w:r>
        <w:rPr>
          <w:rFonts w:ascii="Calibri" w:hAnsi="Calibri" w:eastAsia="Calibri"/>
          <w:b w:val="0"/>
          <w:i w:val="0"/>
          <w:color w:val="222222"/>
          <w:sz w:val="22"/>
        </w:rPr>
        <w:t>Open Links and click Add Link.</w:t>
      </w:r>
    </w:p>
    <w:p>
      <w:pPr>
        <w:pStyle w:val="ListNumber"/>
        <w:spacing w:after="40"/>
      </w:pPr>
      <w:r>
        <w:rPr>
          <w:rFonts w:ascii="Calibri" w:hAnsi="Calibri" w:eastAsia="Calibri"/>
          <w:b w:val="0"/>
          <w:i w:val="0"/>
          <w:color w:val="222222"/>
          <w:sz w:val="22"/>
        </w:rPr>
        <w:t>Enter Display name (for example Knights of Columbus), Web address (for example https://www.kofc.org), and Sort order (lower numbers appear first). Click Add Link.</w:t>
      </w:r>
    </w:p>
    <w:p>
      <w:pPr>
        <w:pStyle w:val="ListNumber"/>
        <w:spacing w:after="40"/>
      </w:pPr>
      <w:r>
        <w:rPr>
          <w:rFonts w:ascii="Calibri" w:hAnsi="Calibri" w:eastAsia="Calibri"/>
          <w:b w:val="0"/>
          <w:i w:val="0"/>
          <w:color w:val="222222"/>
          <w:sz w:val="22"/>
        </w:rPr>
        <w:t>To change one, click Edit, update it, and save again. Delete removes it from the public list. Always include https:// in the address.</w:t>
      </w:r>
    </w:p>
    <w:p>
      <w:pPr>
        <w:spacing w:before="280" w:after="80"/>
        <w:pBdr>
          <w:bottom w:val="single" w:sz="12" w:space="4" w:color="C5A572"/>
        </w:pBdr>
      </w:pPr>
      <w:r>
        <w:rPr>
          <w:rFonts w:ascii="Calibri" w:hAnsi="Calibri" w:eastAsia="Calibri"/>
          <w:b/>
          <w:i w:val="0"/>
          <w:color w:val="255BA3"/>
          <w:sz w:val="28"/>
        </w:rPr>
        <w:t>Communication (who can receive email)</w:t>
      </w:r>
    </w:p>
    <w:p>
      <w:pPr>
        <w:spacing w:after="120" w:before="0" w:line="259" w:lineRule="auto"/>
      </w:pPr>
      <w:r>
        <w:rPr>
          <w:rFonts w:ascii="Calibri" w:hAnsi="Calibri" w:eastAsia="Calibri"/>
          <w:b w:val="0"/>
          <w:i w:val="0"/>
          <w:color w:val="222222"/>
          <w:sz w:val="22"/>
        </w:rPr>
        <w:t>Visitors use this page to email an officer. You manage the list they choose from. They see names only, not email addresses. The Join / Inquiry form on Contact also emails the Grand Knight from this list (the first recipient, usually sort order 1).</w:t>
      </w:r>
    </w:p>
    <w:p>
      <w:pPr>
        <w:pStyle w:val="ListNumber"/>
        <w:spacing w:after="40"/>
      </w:pPr>
      <w:r>
        <w:rPr>
          <w:rFonts w:ascii="Calibri" w:hAnsi="Calibri" w:eastAsia="Calibri"/>
          <w:b w:val="0"/>
          <w:i w:val="0"/>
          <w:color w:val="222222"/>
          <w:sz w:val="22"/>
        </w:rPr>
        <w:t>Open Communication while signed in as admin.</w:t>
      </w:r>
    </w:p>
    <w:p>
      <w:pPr>
        <w:pStyle w:val="ListNumber"/>
        <w:spacing w:after="40"/>
      </w:pPr>
      <w:r>
        <w:rPr>
          <w:rFonts w:ascii="Calibri" w:hAnsi="Calibri" w:eastAsia="Calibri"/>
          <w:b w:val="0"/>
          <w:i w:val="0"/>
          <w:color w:val="222222"/>
          <w:sz w:val="22"/>
        </w:rPr>
        <w:t>Under Add or Edit Recipient, enter the office name (for example, Grand Knight) and that person’s email.</w:t>
      </w:r>
    </w:p>
    <w:p>
      <w:pPr>
        <w:pStyle w:val="ListNumber"/>
        <w:spacing w:after="40"/>
      </w:pPr>
      <w:r>
        <w:rPr>
          <w:rFonts w:ascii="Calibri" w:hAnsi="Calibri" w:eastAsia="Calibri"/>
          <w:b w:val="0"/>
          <w:i w:val="0"/>
          <w:color w:val="222222"/>
          <w:sz w:val="22"/>
        </w:rPr>
        <w:t>Sort order controls the order in the dropdown. Use 1 for Grand Knight so it appears first.</w:t>
      </w:r>
    </w:p>
    <w:p>
      <w:pPr>
        <w:pStyle w:val="ListNumber"/>
        <w:spacing w:after="40"/>
      </w:pPr>
      <w:r>
        <w:rPr>
          <w:rFonts w:ascii="Calibri" w:hAnsi="Calibri" w:eastAsia="Calibri"/>
          <w:b w:val="0"/>
          <w:i w:val="0"/>
          <w:color w:val="222222"/>
          <w:sz w:val="22"/>
        </w:rPr>
        <w:t>Click Add Recipient. Cell number and carrier are optional and are not used for sending yet.</w:t>
      </w:r>
    </w:p>
    <w:p>
      <w:pPr>
        <w:spacing w:after="120" w:before="0" w:line="259" w:lineRule="auto"/>
      </w:pPr>
      <w:r>
        <w:rPr>
          <w:rFonts w:ascii="Calibri" w:hAnsi="Calibri" w:eastAsia="Calibri"/>
          <w:b w:val="0"/>
          <w:i w:val="0"/>
          <w:color w:val="222222"/>
          <w:sz w:val="22"/>
        </w:rPr>
        <w:t>The form currently sends email only. Text messaging is turned off.</w:t>
      </w:r>
    </w:p>
    <w:p>
      <w:pPr>
        <w:spacing w:before="280" w:after="80"/>
        <w:pBdr>
          <w:bottom w:val="single" w:sz="12" w:space="4" w:color="C5A572"/>
        </w:pBdr>
      </w:pPr>
      <w:r>
        <w:rPr>
          <w:rFonts w:ascii="Calibri" w:hAnsi="Calibri" w:eastAsia="Calibri"/>
          <w:b/>
          <w:i w:val="0"/>
          <w:color w:val="255BA3"/>
          <w:sz w:val="28"/>
        </w:rPr>
        <w:t>Contact</w:t>
      </w:r>
    </w:p>
    <w:p>
      <w:pPr>
        <w:pStyle w:val="ListBullet"/>
        <w:spacing w:after="40"/>
      </w:pPr>
      <w:r>
        <w:rPr>
          <w:rFonts w:ascii="Calibri" w:hAnsi="Calibri" w:eastAsia="Calibri"/>
          <w:b w:val="0"/>
          <w:i w:val="0"/>
          <w:color w:val="222222"/>
          <w:sz w:val="22"/>
        </w:rPr>
        <w:t>Edit Meeting place and City, then Save Place.</w:t>
      </w:r>
    </w:p>
    <w:p>
      <w:pPr>
        <w:pStyle w:val="ListBullet"/>
        <w:spacing w:after="40"/>
      </w:pPr>
      <w:r>
        <w:rPr>
          <w:rFonts w:ascii="Calibri" w:hAnsi="Calibri" w:eastAsia="Calibri"/>
          <w:b w:val="0"/>
          <w:i w:val="0"/>
          <w:color w:val="222222"/>
          <w:sz w:val="22"/>
        </w:rPr>
        <w:t>Add or edit a council contact (name or office, email, phone, sort order) and click Add Contact or Save Changes.</w:t>
      </w:r>
    </w:p>
    <w:p>
      <w:pPr>
        <w:pStyle w:val="ListBullet"/>
        <w:spacing w:after="40"/>
      </w:pPr>
      <w:r>
        <w:rPr>
          <w:rFonts w:ascii="Calibri" w:hAnsi="Calibri" w:eastAsia="Calibri"/>
          <w:b w:val="0"/>
          <w:i w:val="0"/>
          <w:color w:val="222222"/>
          <w:sz w:val="22"/>
        </w:rPr>
        <w:t>The Join / Inquiry form is public. You do not need to turn it on. Inquiries go to the Grand Knight email on the Communication list.</w:t>
      </w:r>
    </w:p>
    <w:p>
      <w:pPr>
        <w:spacing w:before="280" w:after="80"/>
        <w:pBdr>
          <w:bottom w:val="single" w:sz="12" w:space="4" w:color="C5A572"/>
        </w:pBdr>
      </w:pPr>
      <w:r>
        <w:rPr>
          <w:rFonts w:ascii="Calibri" w:hAnsi="Calibri" w:eastAsia="Calibri"/>
          <w:b/>
          <w:i w:val="0"/>
          <w:color w:val="255BA3"/>
          <w:sz w:val="28"/>
        </w:rPr>
        <w:t>Members board (admin)</w:t>
      </w:r>
    </w:p>
    <w:p>
      <w:pPr>
        <w:pStyle w:val="ListBullet"/>
        <w:spacing w:after="40"/>
      </w:pPr>
      <w:r>
        <w:rPr>
          <w:rFonts w:ascii="Calibri" w:hAnsi="Calibri" w:eastAsia="Calibri"/>
          <w:b w:val="0"/>
          <w:i w:val="0"/>
          <w:color w:val="222222"/>
          <w:sz w:val="22"/>
        </w:rPr>
        <w:t>You can post and reply the same way members do. Use your real name on the post.</w:t>
      </w:r>
    </w:p>
    <w:p>
      <w:pPr>
        <w:pStyle w:val="ListBullet"/>
        <w:spacing w:after="40"/>
      </w:pPr>
      <w:r>
        <w:rPr>
          <w:rFonts w:ascii="Calibri" w:hAnsi="Calibri" w:eastAsia="Calibri"/>
          <w:b w:val="0"/>
          <w:i w:val="0"/>
          <w:color w:val="222222"/>
          <w:sz w:val="22"/>
        </w:rPr>
        <w:t>Delete appears on posts and replies for administrators only. Deleting a post also deletes its replies.</w:t>
      </w:r>
    </w:p>
    <w:p>
      <w:pPr>
        <w:pStyle w:val="ListBullet"/>
        <w:spacing w:after="40"/>
      </w:pPr>
      <w:r>
        <w:rPr>
          <w:rFonts w:ascii="Calibri" w:hAnsi="Calibri" w:eastAsia="Calibri"/>
          <w:b w:val="0"/>
          <w:i w:val="0"/>
          <w:color w:val="222222"/>
          <w:sz w:val="22"/>
        </w:rPr>
        <w:t>Confirm before you delete. There is no undo.</w:t>
      </w:r>
    </w:p>
    <w:p>
      <w:pPr>
        <w:spacing w:before="280" w:after="80"/>
        <w:pBdr>
          <w:bottom w:val="single" w:sz="12" w:space="4" w:color="C5A572"/>
        </w:pBdr>
      </w:pPr>
      <w:r>
        <w:rPr>
          <w:rFonts w:ascii="Calibri" w:hAnsi="Calibri" w:eastAsia="Calibri"/>
          <w:b/>
          <w:i w:val="0"/>
          <w:color w:val="255BA3"/>
          <w:sz w:val="28"/>
        </w:rPr>
        <w:t>Album (admin)</w:t>
      </w:r>
    </w:p>
    <w:p>
      <w:pPr>
        <w:pStyle w:val="ListNumber"/>
        <w:spacing w:after="40"/>
      </w:pPr>
      <w:r>
        <w:rPr>
          <w:rFonts w:ascii="Calibri" w:hAnsi="Calibri" w:eastAsia="Calibri"/>
          <w:b w:val="0"/>
          <w:i w:val="0"/>
          <w:color w:val="222222"/>
          <w:sz w:val="22"/>
        </w:rPr>
        <w:t>Click Add Photo. Only the upload form shows. Enter a name, optional caption, choose pictures, and click Add to album.</w:t>
      </w:r>
    </w:p>
    <w:p>
      <w:pPr>
        <w:pStyle w:val="ListNumber"/>
        <w:spacing w:after="40"/>
      </w:pPr>
      <w:r>
        <w:rPr>
          <w:rFonts w:ascii="Calibri" w:hAnsi="Calibri" w:eastAsia="Calibri"/>
          <w:b w:val="0"/>
          <w:i w:val="0"/>
          <w:color w:val="222222"/>
          <w:sz w:val="22"/>
        </w:rPr>
        <w:t>Edit changes the caption for that photo or set. Delete removes the photos.</w:t>
      </w:r>
    </w:p>
    <w:p>
      <w:pPr>
        <w:spacing w:after="120" w:before="0" w:line="259" w:lineRule="auto"/>
      </w:pPr>
      <w:r>
        <w:rPr>
          <w:rFonts w:ascii="Calibri" w:hAnsi="Calibri" w:eastAsia="Calibri"/>
          <w:b w:val="0"/>
          <w:i w:val="0"/>
          <w:color w:val="222222"/>
          <w:sz w:val="22"/>
        </w:rPr>
        <w:t>Signed-in members can also add photos and edit captions. Event posters still belong on the Events page.</w:t>
      </w:r>
    </w:p>
    <w:p>
      <w:pPr>
        <w:spacing w:before="280" w:after="80"/>
        <w:pBdr>
          <w:bottom w:val="single" w:sz="12" w:space="4" w:color="C5A572"/>
        </w:pBdr>
      </w:pPr>
      <w:r>
        <w:rPr>
          <w:rFonts w:ascii="Calibri" w:hAnsi="Calibri" w:eastAsia="Calibri"/>
          <w:b/>
          <w:i w:val="0"/>
          <w:color w:val="255BA3"/>
          <w:sz w:val="28"/>
        </w:rPr>
        <w:t>Writing tips</w:t>
      </w:r>
    </w:p>
    <w:p>
      <w:pPr>
        <w:pStyle w:val="ListBullet"/>
        <w:spacing w:after="40"/>
      </w:pPr>
      <w:r>
        <w:rPr>
          <w:rFonts w:ascii="Calibri" w:hAnsi="Calibri" w:eastAsia="Calibri"/>
          <w:b w:val="0"/>
          <w:i w:val="0"/>
          <w:color w:val="222222"/>
          <w:sz w:val="22"/>
        </w:rPr>
        <w:t>Many description fields have a formatting toolbar. Use it for headings, bold, lists, links, and QR codes. The QR code button asks for a web address and shows a code people can scan with their phone.</w:t>
      </w:r>
    </w:p>
    <w:p>
      <w:pPr>
        <w:pStyle w:val="ListBullet"/>
        <w:spacing w:after="40"/>
      </w:pPr>
      <w:r>
        <w:rPr>
          <w:rFonts w:ascii="Calibri" w:hAnsi="Calibri" w:eastAsia="Calibri"/>
          <w:b w:val="0"/>
          <w:i w:val="0"/>
          <w:color w:val="222222"/>
          <w:sz w:val="22"/>
        </w:rPr>
        <w:t>Keep titles short so they look good on phones.</w:t>
      </w:r>
    </w:p>
    <w:p>
      <w:pPr>
        <w:pStyle w:val="ListBullet"/>
        <w:spacing w:after="40"/>
      </w:pPr>
      <w:r>
        <w:rPr>
          <w:rFonts w:ascii="Calibri" w:hAnsi="Calibri" w:eastAsia="Calibri"/>
          <w:b w:val="0"/>
          <w:i w:val="0"/>
          <w:color w:val="222222"/>
          <w:sz w:val="22"/>
        </w:rPr>
        <w:t>Photos should be ordinary phone pictures. You can add several at once.</w:t>
      </w:r>
    </w:p>
    <w:p>
      <w:pPr>
        <w:pStyle w:val="ListBullet"/>
        <w:spacing w:after="40"/>
      </w:pPr>
      <w:r>
        <w:rPr>
          <w:rFonts w:ascii="Calibri" w:hAnsi="Calibri" w:eastAsia="Calibri"/>
          <w:b w:val="0"/>
          <w:i w:val="0"/>
          <w:color w:val="222222"/>
          <w:sz w:val="22"/>
        </w:rPr>
        <w:t>After you save, look at the page the way a visitor would (or use another browser that is not signed in) to confirm it looks right.</w:t>
      </w:r>
    </w:p>
    <w:p>
      <w:pPr>
        <w:spacing w:before="280" w:after="80"/>
        <w:pBdr>
          <w:bottom w:val="single" w:sz="12" w:space="4" w:color="C5A572"/>
        </w:pBdr>
      </w:pPr>
      <w:r>
        <w:rPr>
          <w:rFonts w:ascii="Calibri" w:hAnsi="Calibri" w:eastAsia="Calibri"/>
          <w:b/>
          <w:i w:val="0"/>
          <w:color w:val="255BA3"/>
          <w:sz w:val="28"/>
        </w:rPr>
        <w:t>Quick checklist</w:t>
      </w:r>
    </w:p>
    <w:p>
      <w:pPr>
        <w:spacing w:after="40"/>
      </w:pPr>
      <w:r>
        <w:rPr>
          <w:rFonts w:ascii="Calibri" w:hAnsi="Calibri" w:eastAsia="Calibri"/>
          <w:b w:val="0"/>
          <w:i w:val="0"/>
          <w:color w:val="222222"/>
          <w:sz w:val="22"/>
        </w:rPr>
        <w:t>☐  Home welcome is current.</w:t>
      </w:r>
    </w:p>
    <w:p>
      <w:pPr>
        <w:spacing w:after="40"/>
      </w:pPr>
      <w:r>
        <w:rPr>
          <w:rFonts w:ascii="Calibri" w:hAnsi="Calibri" w:eastAsia="Calibri"/>
          <w:b w:val="0"/>
          <w:i w:val="0"/>
          <w:color w:val="222222"/>
          <w:sz w:val="22"/>
        </w:rPr>
        <w:t>☐  Charity meter goal and amount are current, or the meter is turned off.</w:t>
      </w:r>
    </w:p>
    <w:p>
      <w:pPr>
        <w:spacing w:after="40"/>
      </w:pPr>
      <w:r>
        <w:rPr>
          <w:rFonts w:ascii="Calibri" w:hAnsi="Calibri" w:eastAsia="Calibri"/>
          <w:b w:val="0"/>
          <w:i w:val="0"/>
          <w:color w:val="222222"/>
          <w:sz w:val="22"/>
        </w:rPr>
        <w:t>☐  New announcements are posted.</w:t>
      </w:r>
    </w:p>
    <w:p>
      <w:pPr>
        <w:spacing w:after="40"/>
      </w:pPr>
      <w:r>
        <w:rPr>
          <w:rFonts w:ascii="Calibri" w:hAnsi="Calibri" w:eastAsia="Calibri"/>
          <w:b w:val="0"/>
          <w:i w:val="0"/>
          <w:color w:val="222222"/>
          <w:sz w:val="22"/>
        </w:rPr>
        <w:t>☐  Monthly meeting time, place, and resume date are correct.</w:t>
      </w:r>
    </w:p>
    <w:p>
      <w:pPr>
        <w:spacing w:after="40"/>
      </w:pPr>
      <w:r>
        <w:rPr>
          <w:rFonts w:ascii="Calibri" w:hAnsi="Calibri" w:eastAsia="Calibri"/>
          <w:b w:val="0"/>
          <w:i w:val="0"/>
          <w:color w:val="222222"/>
          <w:sz w:val="22"/>
        </w:rPr>
        <w:t>☐  Upcoming events and photos are on Events and Calendar. Ongoing events have an Ends on date.</w:t>
      </w:r>
    </w:p>
    <w:p>
      <w:pPr>
        <w:spacing w:after="40"/>
      </w:pPr>
      <w:r>
        <w:rPr>
          <w:rFonts w:ascii="Calibri" w:hAnsi="Calibri" w:eastAsia="Calibri"/>
          <w:b w:val="0"/>
          <w:i w:val="0"/>
          <w:color w:val="222222"/>
          <w:sz w:val="22"/>
        </w:rPr>
        <w:t>☐  RSVP is on only for events that need a sign-up list.</w:t>
      </w:r>
    </w:p>
    <w:p>
      <w:pPr>
        <w:spacing w:after="40"/>
      </w:pPr>
      <w:r>
        <w:rPr>
          <w:rFonts w:ascii="Calibri" w:hAnsi="Calibri" w:eastAsia="Calibri"/>
          <w:b w:val="0"/>
          <w:i w:val="0"/>
          <w:color w:val="222222"/>
          <w:sz w:val="22"/>
        </w:rPr>
        <w:t>☐  Event email list is up to date (names A to Z).</w:t>
      </w:r>
    </w:p>
    <w:p>
      <w:pPr>
        <w:spacing w:after="40"/>
      </w:pPr>
      <w:r>
        <w:rPr>
          <w:rFonts w:ascii="Calibri" w:hAnsi="Calibri" w:eastAsia="Calibri"/>
          <w:b w:val="0"/>
          <w:i w:val="0"/>
          <w:color w:val="222222"/>
          <w:sz w:val="22"/>
        </w:rPr>
        <w:t>☐  Documents visitors need are uploaded.</w:t>
      </w:r>
    </w:p>
    <w:p>
      <w:pPr>
        <w:spacing w:after="40"/>
      </w:pPr>
      <w:r>
        <w:rPr>
          <w:rFonts w:ascii="Calibri" w:hAnsi="Calibri" w:eastAsia="Calibri"/>
          <w:b w:val="0"/>
          <w:i w:val="0"/>
          <w:color w:val="222222"/>
          <w:sz w:val="22"/>
        </w:rPr>
        <w:t>☐  Communication recipients include the current Grand Knight (sort order 1).</w:t>
      </w:r>
    </w:p>
    <w:p>
      <w:pPr>
        <w:spacing w:after="40"/>
      </w:pPr>
      <w:r>
        <w:rPr>
          <w:rFonts w:ascii="Calibri" w:hAnsi="Calibri" w:eastAsia="Calibri"/>
          <w:b w:val="0"/>
          <w:i w:val="0"/>
          <w:color w:val="222222"/>
          <w:sz w:val="22"/>
        </w:rPr>
        <w:t>☐  Contact names and meeting place are current.</w:t>
      </w:r>
    </w:p>
    <w:p>
      <w:pPr>
        <w:spacing w:after="40"/>
      </w:pPr>
      <w:r>
        <w:rPr>
          <w:rFonts w:ascii="Calibri" w:hAnsi="Calibri" w:eastAsia="Calibri"/>
          <w:b w:val="0"/>
          <w:i w:val="0"/>
          <w:color w:val="222222"/>
          <w:sz w:val="22"/>
        </w:rPr>
        <w:t>☐  Member password has been changed from the default and given only to brothers.</w:t>
      </w:r>
    </w:p>
    <w:p>
      <w:pPr>
        <w:spacing w:after="40"/>
      </w:pPr>
      <w:r>
        <w:rPr>
          <w:rFonts w:ascii="Calibri" w:hAnsi="Calibri" w:eastAsia="Calibri"/>
          <w:b w:val="0"/>
          <w:i w:val="0"/>
          <w:color w:val="222222"/>
          <w:sz w:val="22"/>
        </w:rPr>
        <w:t>☐  Links page names and web addresses are current.</w:t>
      </w:r>
    </w:p>
    <w:p>
      <w:pPr>
        <w:spacing w:after="40"/>
      </w:pPr>
      <w:r>
        <w:rPr>
          <w:rFonts w:ascii="Calibri" w:hAnsi="Calibri" w:eastAsia="Calibri"/>
          <w:b w:val="0"/>
          <w:i w:val="0"/>
          <w:color w:val="222222"/>
          <w:sz w:val="22"/>
        </w:rPr>
        <w:t>☐  Search finds a sample event or announcement.</w:t>
      </w:r>
    </w:p>
    <w:p>
      <w:pPr>
        <w:spacing w:before="280" w:after="80"/>
        <w:pBdr>
          <w:bottom w:val="single" w:sz="12" w:space="4" w:color="C5A572"/>
        </w:pBdr>
      </w:pPr>
      <w:r>
        <w:rPr>
          <w:rFonts w:ascii="Calibri" w:hAnsi="Calibri" w:eastAsia="Calibri"/>
          <w:b/>
          <w:i w:val="0"/>
          <w:color w:val="255BA3"/>
          <w:sz w:val="28"/>
        </w:rPr>
        <w:t>Who to call</w:t>
      </w:r>
    </w:p>
    <w:p>
      <w:pPr>
        <w:spacing w:after="120" w:before="0" w:line="259" w:lineRule="auto"/>
      </w:pPr>
      <w:r>
        <w:rPr>
          <w:rFonts w:ascii="Calibri" w:hAnsi="Calibri" w:eastAsia="Calibri"/>
          <w:b w:val="0"/>
          <w:i w:val="0"/>
          <w:color w:val="222222"/>
          <w:sz w:val="22"/>
        </w:rPr>
        <w:t>If a page will not save, a file will not upload, or sign-in fails, contact the brother who maintains the website. Have the page name and a short description of what you clicked ready.</w:t>
      </w:r>
    </w:p>
    <w:p>
      <w:pPr>
        <w:spacing w:after="120" w:before="0" w:line="259" w:lineRule="auto"/>
      </w:pPr>
      <w:r>
        <w:rPr>
          <w:rFonts w:ascii="Calibri" w:hAnsi="Calibri" w:eastAsia="Calibri"/>
          <w:b w:val="0"/>
          <w:i w:val="0"/>
          <w:color w:val="222222"/>
          <w:sz w:val="22"/>
        </w:rPr>
        <w:t>You do not need to run extra SQL for new features. The site adds any new columns or tables the first time that page is opened.</w:t>
      </w:r>
    </w:p>
    <w:sectPr w:rsidR="00FC693F" w:rsidRPr="0006063C" w:rsidSect="00034616">
      <w:footerReference w:type="default" r:id="rId9"/>
      <w:pgSz w:w="12240" w:h="15840"/>
      <w:pgMar w:top="1008"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555555"/>
        <w:sz w:val="16"/>
      </w:rPr>
      <w:t>Knights of Columbus Council 9998  ·  https://kofc9998.org  ·  Website User Guide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